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D4D82" w14:textId="1F4FFF1F" w:rsidR="00C10063" w:rsidRPr="005467D2" w:rsidRDefault="00C10063" w:rsidP="007A6AD6">
      <w:pPr>
        <w:pStyle w:val="Ttulo1"/>
        <w:spacing w:before="120" w:line="300" w:lineRule="atLeast"/>
        <w:jc w:val="center"/>
        <w:rPr>
          <w:rFonts w:ascii="Segoe UI" w:hAnsi="Segoe UI" w:cs="Segoe UI"/>
          <w:sz w:val="26"/>
          <w:szCs w:val="26"/>
          <w:lang w:val="pt-PT"/>
        </w:rPr>
      </w:pPr>
      <w:r w:rsidRPr="005467D2">
        <w:rPr>
          <w:rFonts w:ascii="Segoe UI" w:hAnsi="Segoe UI" w:cs="Segoe UI"/>
          <w:sz w:val="26"/>
          <w:szCs w:val="26"/>
          <w:lang w:val="pt-PT"/>
        </w:rPr>
        <w:t xml:space="preserve">DECLARAÇÃO INDIVIDUAL DE CONCORDÂNCIA E ACEITAÇÃO DA </w:t>
      </w:r>
      <w:r w:rsidR="005467D2" w:rsidRPr="005467D2">
        <w:rPr>
          <w:rFonts w:ascii="Segoe UI" w:hAnsi="Segoe UI" w:cs="Segoe UI"/>
          <w:sz w:val="26"/>
          <w:szCs w:val="26"/>
          <w:lang w:val="pt-PT"/>
        </w:rPr>
        <w:t>C</w:t>
      </w:r>
      <w:r w:rsidRPr="005467D2">
        <w:rPr>
          <w:rFonts w:ascii="Segoe UI" w:hAnsi="Segoe UI" w:cs="Segoe UI"/>
          <w:sz w:val="26"/>
          <w:szCs w:val="26"/>
          <w:lang w:val="pt-PT"/>
        </w:rPr>
        <w:t>ANDIDATURA</w:t>
      </w:r>
    </w:p>
    <w:p w14:paraId="48F34885" w14:textId="77777777" w:rsidR="00C10063" w:rsidRPr="005467D2" w:rsidRDefault="00C10063" w:rsidP="007A6AD6">
      <w:pPr>
        <w:spacing w:after="240" w:line="300" w:lineRule="atLeast"/>
        <w:jc w:val="center"/>
        <w:rPr>
          <w:rFonts w:ascii="Segoe UI" w:hAnsi="Segoe UI" w:cs="Segoe UI"/>
          <w:sz w:val="21"/>
          <w:szCs w:val="21"/>
          <w:lang w:val="pt-PT"/>
        </w:rPr>
      </w:pPr>
      <w:r w:rsidRPr="005467D2">
        <w:rPr>
          <w:rStyle w:val="nfase"/>
          <w:rFonts w:ascii="Segoe UI" w:hAnsi="Segoe UI" w:cs="Segoe UI"/>
          <w:sz w:val="21"/>
          <w:szCs w:val="21"/>
          <w:lang w:val="pt-PT"/>
        </w:rPr>
        <w:t>Eleição da Assembleia para a Elaboração dos Novos Estatutos da Universidade Politécnica de Lisboa</w:t>
      </w: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2127"/>
        <w:gridCol w:w="8363"/>
      </w:tblGrid>
      <w:tr w:rsidR="00C10063" w:rsidRPr="005467D2" w14:paraId="3251F40D" w14:textId="77777777" w:rsidTr="00D52914">
        <w:trPr>
          <w:jc w:val="center"/>
        </w:trPr>
        <w:tc>
          <w:tcPr>
            <w:tcW w:w="10490" w:type="dxa"/>
            <w:gridSpan w:val="2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B79FFAB" w14:textId="77777777" w:rsidR="00C10063" w:rsidRPr="005467D2" w:rsidRDefault="00C10063" w:rsidP="005E2616">
            <w:pPr>
              <w:rPr>
                <w:lang w:val="pt-PT"/>
              </w:rPr>
            </w:pPr>
            <w:r w:rsidRPr="005467D2">
              <w:rPr>
                <w:b/>
                <w:color w:val="FFFFFF"/>
                <w:lang w:val="pt-PT"/>
              </w:rPr>
              <w:t>1. IDENTIFICAÇÃO DA LISTA</w:t>
            </w:r>
          </w:p>
        </w:tc>
      </w:tr>
      <w:tr w:rsidR="00C10063" w:rsidRPr="005467D2" w14:paraId="5666EDB1" w14:textId="77777777" w:rsidTr="00D52914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2127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0C61A8" w14:textId="77777777" w:rsidR="00C10063" w:rsidRPr="005467D2" w:rsidRDefault="00C10063" w:rsidP="005467D2">
            <w:pPr>
              <w:spacing w:after="0" w:line="240" w:lineRule="auto"/>
              <w:rPr>
                <w:szCs w:val="20"/>
                <w:lang w:val="pt-PT"/>
              </w:rPr>
            </w:pPr>
            <w:r w:rsidRPr="005467D2">
              <w:rPr>
                <w:b/>
                <w:szCs w:val="20"/>
                <w:lang w:val="pt-PT"/>
              </w:rPr>
              <w:t>Designação da lista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0B0FB9" w14:textId="77777777" w:rsidR="00C10063" w:rsidRPr="005467D2" w:rsidRDefault="00C10063" w:rsidP="005467D2">
            <w:pPr>
              <w:spacing w:after="0" w:line="240" w:lineRule="auto"/>
              <w:rPr>
                <w:szCs w:val="20"/>
                <w:lang w:val="pt-PT"/>
              </w:rPr>
            </w:pPr>
          </w:p>
        </w:tc>
      </w:tr>
      <w:tr w:rsidR="00C10063" w:rsidRPr="005467D2" w14:paraId="5EEBE7EF" w14:textId="77777777" w:rsidTr="00D52914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2127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B99610" w14:textId="77777777" w:rsidR="00C10063" w:rsidRPr="005467D2" w:rsidRDefault="00C10063" w:rsidP="005467D2">
            <w:pPr>
              <w:spacing w:after="0" w:line="240" w:lineRule="auto"/>
              <w:rPr>
                <w:szCs w:val="20"/>
                <w:lang w:val="pt-PT"/>
              </w:rPr>
            </w:pPr>
            <w:r w:rsidRPr="005467D2">
              <w:rPr>
                <w:b/>
                <w:szCs w:val="20"/>
                <w:lang w:val="pt-PT"/>
              </w:rPr>
              <w:t>Corpo eleitoral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BEB9D4" w14:textId="77777777" w:rsidR="00C10063" w:rsidRPr="005467D2" w:rsidRDefault="00C10063" w:rsidP="005467D2">
            <w:pPr>
              <w:spacing w:after="0" w:line="240" w:lineRule="auto"/>
              <w:rPr>
                <w:szCs w:val="20"/>
                <w:lang w:val="pt-PT"/>
              </w:rPr>
            </w:pPr>
            <w:r w:rsidRPr="005467D2">
              <w:rPr>
                <w:rFonts w:ascii="Segoe UI Symbol" w:hAnsi="Segoe UI Symbol" w:cs="Segoe UI Symbol"/>
                <w:color w:val="505050"/>
                <w:szCs w:val="20"/>
                <w:lang w:val="pt-PT"/>
              </w:rPr>
              <w:t>☐</w:t>
            </w:r>
            <w:r w:rsidRPr="005467D2">
              <w:rPr>
                <w:color w:val="505050"/>
                <w:szCs w:val="20"/>
                <w:lang w:val="pt-PT"/>
              </w:rPr>
              <w:t xml:space="preserve"> Docentes e investigadores   </w:t>
            </w:r>
            <w:r w:rsidRPr="005467D2">
              <w:rPr>
                <w:rFonts w:ascii="Segoe UI Symbol" w:hAnsi="Segoe UI Symbol" w:cs="Segoe UI Symbol"/>
                <w:color w:val="505050"/>
                <w:szCs w:val="20"/>
                <w:lang w:val="pt-PT"/>
              </w:rPr>
              <w:t>☐</w:t>
            </w:r>
            <w:r w:rsidRPr="005467D2">
              <w:rPr>
                <w:color w:val="505050"/>
                <w:szCs w:val="20"/>
                <w:lang w:val="pt-PT"/>
              </w:rPr>
              <w:t xml:space="preserve"> Estudantes   </w:t>
            </w:r>
            <w:r w:rsidRPr="005467D2">
              <w:rPr>
                <w:rFonts w:ascii="Segoe UI Symbol" w:hAnsi="Segoe UI Symbol" w:cs="Segoe UI Symbol"/>
                <w:color w:val="505050"/>
                <w:szCs w:val="20"/>
                <w:lang w:val="pt-PT"/>
              </w:rPr>
              <w:t>☐</w:t>
            </w:r>
            <w:r w:rsidRPr="005467D2">
              <w:rPr>
                <w:color w:val="505050"/>
                <w:szCs w:val="20"/>
                <w:lang w:val="pt-PT"/>
              </w:rPr>
              <w:t xml:space="preserve"> Pessoal t</w:t>
            </w:r>
            <w:r w:rsidRPr="005467D2">
              <w:rPr>
                <w:rFonts w:cs="Arial"/>
                <w:color w:val="505050"/>
                <w:szCs w:val="20"/>
                <w:lang w:val="pt-PT"/>
              </w:rPr>
              <w:t>é</w:t>
            </w:r>
            <w:r w:rsidRPr="005467D2">
              <w:rPr>
                <w:color w:val="505050"/>
                <w:szCs w:val="20"/>
                <w:lang w:val="pt-PT"/>
              </w:rPr>
              <w:t>cnico, especialista e de gest</w:t>
            </w:r>
            <w:r w:rsidRPr="005467D2">
              <w:rPr>
                <w:rFonts w:cs="Arial"/>
                <w:color w:val="505050"/>
                <w:szCs w:val="20"/>
                <w:lang w:val="pt-PT"/>
              </w:rPr>
              <w:t>ã</w:t>
            </w:r>
            <w:r w:rsidRPr="005467D2">
              <w:rPr>
                <w:color w:val="505050"/>
                <w:szCs w:val="20"/>
                <w:lang w:val="pt-PT"/>
              </w:rPr>
              <w:t>o</w:t>
            </w:r>
          </w:p>
        </w:tc>
      </w:tr>
      <w:tr w:rsidR="00C10063" w:rsidRPr="005467D2" w14:paraId="318A475A" w14:textId="77777777" w:rsidTr="00D52914">
        <w:trPr>
          <w:jc w:val="center"/>
        </w:trPr>
        <w:tc>
          <w:tcPr>
            <w:tcW w:w="10490" w:type="dxa"/>
            <w:gridSpan w:val="2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F92E5E5" w14:textId="7A701C42" w:rsidR="00C10063" w:rsidRPr="005467D2" w:rsidRDefault="00C10063" w:rsidP="005E2616">
            <w:pPr>
              <w:rPr>
                <w:lang w:val="pt-PT"/>
              </w:rPr>
            </w:pPr>
            <w:r w:rsidRPr="005467D2">
              <w:rPr>
                <w:b/>
                <w:color w:val="FFFFFF"/>
                <w:lang w:val="pt-PT"/>
              </w:rPr>
              <w:t>2. IDENTIFICAÇÃO DO/A CANDIDATO/A</w:t>
            </w:r>
          </w:p>
        </w:tc>
      </w:tr>
      <w:tr w:rsidR="00C10063" w:rsidRPr="005467D2" w14:paraId="1218CFCC" w14:textId="77777777" w:rsidTr="00D52914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2127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E01446" w14:textId="77777777" w:rsidR="00C10063" w:rsidRPr="005467D2" w:rsidRDefault="00C10063" w:rsidP="005E2616">
            <w:pPr>
              <w:rPr>
                <w:szCs w:val="24"/>
                <w:lang w:val="pt-PT"/>
              </w:rPr>
            </w:pPr>
            <w:r w:rsidRPr="005467D2">
              <w:rPr>
                <w:b/>
                <w:szCs w:val="24"/>
                <w:lang w:val="pt-PT"/>
              </w:rPr>
              <w:t>Nome completo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768D55" w14:textId="77777777" w:rsidR="00C10063" w:rsidRPr="005467D2" w:rsidRDefault="00C10063" w:rsidP="005E2616">
            <w:pPr>
              <w:rPr>
                <w:lang w:val="pt-PT"/>
              </w:rPr>
            </w:pPr>
          </w:p>
        </w:tc>
      </w:tr>
      <w:tr w:rsidR="00C10063" w:rsidRPr="005467D2" w14:paraId="6AE55A65" w14:textId="77777777" w:rsidTr="005467D2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trHeight w:val="344"/>
          <w:jc w:val="center"/>
        </w:trPr>
        <w:tc>
          <w:tcPr>
            <w:tcW w:w="2127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E87763" w14:textId="77777777" w:rsidR="00C10063" w:rsidRPr="005467D2" w:rsidRDefault="00C10063" w:rsidP="005467D2">
            <w:pPr>
              <w:spacing w:after="0" w:line="240" w:lineRule="auto"/>
              <w:rPr>
                <w:sz w:val="18"/>
                <w:lang w:val="pt-PT"/>
              </w:rPr>
            </w:pPr>
            <w:r w:rsidRPr="005467D2">
              <w:rPr>
                <w:b/>
                <w:sz w:val="18"/>
                <w:lang w:val="pt-PT"/>
              </w:rPr>
              <w:t>N.º mecanográfico / estudante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38E63B" w14:textId="77777777" w:rsidR="00C10063" w:rsidRPr="005467D2" w:rsidRDefault="00C10063" w:rsidP="005467D2">
            <w:pPr>
              <w:spacing w:after="0" w:line="240" w:lineRule="auto"/>
              <w:rPr>
                <w:lang w:val="pt-PT"/>
              </w:rPr>
            </w:pPr>
          </w:p>
        </w:tc>
      </w:tr>
      <w:tr w:rsidR="00C10063" w:rsidRPr="005467D2" w14:paraId="1EB19172" w14:textId="77777777" w:rsidTr="005467D2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trHeight w:val="382"/>
          <w:jc w:val="center"/>
        </w:trPr>
        <w:tc>
          <w:tcPr>
            <w:tcW w:w="2127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C9C348" w14:textId="6A6F7BD4" w:rsidR="00C10063" w:rsidRPr="005467D2" w:rsidRDefault="00C10063" w:rsidP="005467D2">
            <w:pPr>
              <w:spacing w:after="0" w:line="240" w:lineRule="auto"/>
              <w:rPr>
                <w:b/>
                <w:bCs/>
                <w:sz w:val="18"/>
                <w:lang w:val="pt-PT"/>
              </w:rPr>
            </w:pPr>
            <w:r w:rsidRPr="005467D2">
              <w:rPr>
                <w:b/>
                <w:bCs/>
                <w:sz w:val="18"/>
                <w:lang w:val="pt-PT"/>
              </w:rPr>
              <w:t>Curso / categoria / função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55A542" w14:textId="77777777" w:rsidR="00C10063" w:rsidRPr="005467D2" w:rsidRDefault="00C10063" w:rsidP="005467D2">
            <w:pPr>
              <w:spacing w:after="0" w:line="240" w:lineRule="auto"/>
              <w:rPr>
                <w:lang w:val="pt-PT"/>
              </w:rPr>
            </w:pPr>
          </w:p>
        </w:tc>
      </w:tr>
      <w:tr w:rsidR="00C10063" w:rsidRPr="005467D2" w14:paraId="15A11E33" w14:textId="77777777" w:rsidTr="005467D2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trHeight w:val="306"/>
          <w:jc w:val="center"/>
        </w:trPr>
        <w:tc>
          <w:tcPr>
            <w:tcW w:w="2127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258C4C" w14:textId="77777777" w:rsidR="00C10063" w:rsidRPr="005467D2" w:rsidRDefault="00C10063" w:rsidP="005467D2">
            <w:pPr>
              <w:spacing w:after="0" w:line="240" w:lineRule="auto"/>
              <w:rPr>
                <w:sz w:val="18"/>
                <w:lang w:val="pt-PT"/>
              </w:rPr>
            </w:pPr>
            <w:r w:rsidRPr="005467D2">
              <w:rPr>
                <w:b/>
                <w:sz w:val="18"/>
                <w:lang w:val="pt-PT"/>
              </w:rPr>
              <w:t>Unidade Orgânica / Serviço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83F6D5" w14:textId="77777777" w:rsidR="00C10063" w:rsidRPr="005467D2" w:rsidRDefault="00C10063" w:rsidP="005467D2">
            <w:pPr>
              <w:spacing w:after="0" w:line="240" w:lineRule="auto"/>
              <w:rPr>
                <w:lang w:val="pt-PT"/>
              </w:rPr>
            </w:pPr>
          </w:p>
        </w:tc>
      </w:tr>
      <w:tr w:rsidR="00C10063" w:rsidRPr="005467D2" w14:paraId="317FA8AC" w14:textId="77777777" w:rsidTr="00D52914">
        <w:trPr>
          <w:jc w:val="center"/>
        </w:trPr>
        <w:tc>
          <w:tcPr>
            <w:tcW w:w="10490" w:type="dxa"/>
            <w:gridSpan w:val="2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49D4C29" w14:textId="2E4DCB1B" w:rsidR="00C10063" w:rsidRPr="005467D2" w:rsidRDefault="00C10063" w:rsidP="005E2616">
            <w:pPr>
              <w:rPr>
                <w:lang w:val="pt-PT"/>
              </w:rPr>
            </w:pPr>
            <w:r w:rsidRPr="005467D2">
              <w:rPr>
                <w:b/>
                <w:color w:val="FFFFFF"/>
                <w:lang w:val="pt-PT"/>
              </w:rPr>
              <w:t>3. POSIÇÃO NA LISTA</w:t>
            </w:r>
          </w:p>
        </w:tc>
      </w:tr>
      <w:tr w:rsidR="00C10063" w:rsidRPr="005467D2" w14:paraId="7005AE1B" w14:textId="77777777" w:rsidTr="00D52914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jc w:val="center"/>
        </w:trPr>
        <w:tc>
          <w:tcPr>
            <w:tcW w:w="2127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1055AE" w14:textId="464922CB" w:rsidR="00C10063" w:rsidRPr="005467D2" w:rsidRDefault="00C10063" w:rsidP="005467D2">
            <w:pPr>
              <w:spacing w:after="0" w:line="240" w:lineRule="auto"/>
              <w:rPr>
                <w:lang w:val="pt-PT"/>
              </w:rPr>
            </w:pPr>
            <w:r w:rsidRPr="005467D2">
              <w:rPr>
                <w:rStyle w:val="Forte"/>
                <w:lang w:val="pt-PT"/>
              </w:rPr>
              <w:t>Qualidade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B3D52B" w14:textId="2F401670" w:rsidR="00C10063" w:rsidRPr="005467D2" w:rsidRDefault="00C10063" w:rsidP="005467D2">
            <w:pPr>
              <w:spacing w:after="0" w:line="240" w:lineRule="auto"/>
              <w:rPr>
                <w:lang w:val="pt-PT"/>
              </w:rPr>
            </w:pPr>
            <w:r w:rsidRPr="005467D2">
              <w:rPr>
                <w:rFonts w:ascii="Segoe UI Symbol" w:hAnsi="Segoe UI Symbol" w:cs="Segoe UI Symbol"/>
                <w:lang w:val="pt-PT"/>
              </w:rPr>
              <w:t>☐</w:t>
            </w:r>
            <w:r w:rsidRPr="005467D2">
              <w:rPr>
                <w:lang w:val="pt-PT"/>
              </w:rPr>
              <w:t xml:space="preserve"> Candidato/a efetivo/a                    </w:t>
            </w:r>
            <w:r w:rsidRPr="005467D2">
              <w:rPr>
                <w:rFonts w:ascii="Segoe UI Symbol" w:hAnsi="Segoe UI Symbol" w:cs="Segoe UI Symbol"/>
                <w:lang w:val="pt-PT"/>
              </w:rPr>
              <w:t>☐</w:t>
            </w:r>
            <w:r w:rsidRPr="005467D2">
              <w:rPr>
                <w:lang w:val="pt-PT"/>
              </w:rPr>
              <w:t xml:space="preserve"> Candidato/a suplente</w:t>
            </w:r>
          </w:p>
        </w:tc>
      </w:tr>
      <w:tr w:rsidR="00C10063" w:rsidRPr="005467D2" w14:paraId="6AD6AE5D" w14:textId="77777777" w:rsidTr="00D52914">
        <w:tblPrEx>
          <w:tblBorders>
            <w:top w:val="single" w:sz="6" w:space="0" w:color="B7B7B7"/>
            <w:left w:val="single" w:sz="6" w:space="0" w:color="B7B7B7"/>
            <w:bottom w:val="single" w:sz="6" w:space="0" w:color="B7B7B7"/>
            <w:right w:val="single" w:sz="6" w:space="0" w:color="B7B7B7"/>
            <w:insideH w:val="single" w:sz="6" w:space="0" w:color="B7B7B7"/>
            <w:insideV w:val="single" w:sz="6" w:space="0" w:color="B7B7B7"/>
          </w:tblBorders>
        </w:tblPrEx>
        <w:trPr>
          <w:trHeight w:val="345"/>
          <w:jc w:val="center"/>
        </w:trPr>
        <w:tc>
          <w:tcPr>
            <w:tcW w:w="2127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F539B2" w14:textId="212E3D8B" w:rsidR="00C10063" w:rsidRPr="005467D2" w:rsidRDefault="00C10063" w:rsidP="005467D2">
            <w:pPr>
              <w:spacing w:after="0" w:line="240" w:lineRule="auto"/>
              <w:ind w:right="-115"/>
              <w:rPr>
                <w:lang w:val="pt-PT"/>
              </w:rPr>
            </w:pPr>
            <w:r w:rsidRPr="005467D2">
              <w:rPr>
                <w:rStyle w:val="Forte"/>
                <w:lang w:val="pt-PT"/>
              </w:rPr>
              <w:t>Posição ocupada na lista</w:t>
            </w:r>
          </w:p>
        </w:tc>
        <w:tc>
          <w:tcPr>
            <w:tcW w:w="836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B32D1D" w14:textId="74DF201C" w:rsidR="00C10063" w:rsidRPr="005467D2" w:rsidRDefault="00C10063" w:rsidP="005467D2">
            <w:pPr>
              <w:spacing w:after="0" w:line="240" w:lineRule="auto"/>
              <w:rPr>
                <w:lang w:val="pt-PT"/>
              </w:rPr>
            </w:pPr>
            <w:r w:rsidRPr="005467D2">
              <w:rPr>
                <w:lang w:val="pt-PT"/>
              </w:rPr>
              <w:t>N.º _________________</w:t>
            </w:r>
          </w:p>
        </w:tc>
      </w:tr>
      <w:tr w:rsidR="00D52914" w:rsidRPr="005467D2" w14:paraId="4612F992" w14:textId="77777777" w:rsidTr="00E0676E">
        <w:trPr>
          <w:trHeight w:val="346"/>
          <w:jc w:val="center"/>
        </w:trPr>
        <w:tc>
          <w:tcPr>
            <w:tcW w:w="10490" w:type="dxa"/>
            <w:gridSpan w:val="2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9121740" w14:textId="0D48086F" w:rsidR="00D52914" w:rsidRPr="005467D2" w:rsidRDefault="005467D2" w:rsidP="005467D2">
            <w:pPr>
              <w:spacing w:after="0" w:line="240" w:lineRule="auto"/>
              <w:rPr>
                <w:lang w:val="pt-PT"/>
              </w:rPr>
            </w:pPr>
            <w:r w:rsidRPr="005467D2">
              <w:rPr>
                <w:b/>
                <w:color w:val="FFFFFF"/>
                <w:lang w:val="pt-PT"/>
              </w:rPr>
              <w:t>4</w:t>
            </w:r>
            <w:r w:rsidR="00D52914" w:rsidRPr="005467D2">
              <w:rPr>
                <w:b/>
                <w:color w:val="FFFFFF"/>
                <w:lang w:val="pt-PT"/>
              </w:rPr>
              <w:t>. DECLARAÇÃO DE CONCORDÂNCIA E ACEITAÇÃO</w:t>
            </w:r>
          </w:p>
        </w:tc>
      </w:tr>
    </w:tbl>
    <w:p w14:paraId="274A04AE" w14:textId="77777777" w:rsidR="00C10063" w:rsidRPr="005467D2" w:rsidRDefault="00C10063" w:rsidP="005467D2">
      <w:pPr>
        <w:spacing w:after="40" w:line="240" w:lineRule="atLeast"/>
        <w:contextualSpacing/>
        <w:rPr>
          <w:rFonts w:cs="Arial"/>
          <w:szCs w:val="20"/>
          <w:lang w:val="pt-PT"/>
        </w:rPr>
      </w:pPr>
      <w:r w:rsidRPr="005467D2">
        <w:rPr>
          <w:rFonts w:cs="Arial"/>
          <w:szCs w:val="20"/>
          <w:lang w:val="pt-PT"/>
        </w:rPr>
        <w:t>Eu, acima identificado/a, declaro, para os devidos efeitos:</w:t>
      </w:r>
    </w:p>
    <w:p w14:paraId="5DA24480" w14:textId="29291CF2" w:rsidR="00C10063" w:rsidRPr="005467D2" w:rsidRDefault="00C10063" w:rsidP="0041270F">
      <w:pPr>
        <w:spacing w:line="240" w:lineRule="atLeast"/>
        <w:ind w:left="426" w:hanging="284"/>
        <w:jc w:val="both"/>
        <w:rPr>
          <w:rFonts w:cs="Arial"/>
          <w:szCs w:val="20"/>
          <w:lang w:val="pt-PT"/>
        </w:rPr>
      </w:pPr>
      <w:r w:rsidRPr="005467D2">
        <w:rPr>
          <w:rFonts w:cs="Arial"/>
          <w:szCs w:val="20"/>
          <w:lang w:val="pt-PT"/>
        </w:rPr>
        <w:t xml:space="preserve">a) Concordar com a minha integração na lista acima identificada, apresentada ao respetivo corpo eleitoral no âmbito da eleição dos membros da Assembleia para a Elaboração dos Novos Estatutos da </w:t>
      </w:r>
      <w:r w:rsidR="005467D2" w:rsidRPr="005467D2">
        <w:rPr>
          <w:rFonts w:cs="Arial"/>
          <w:szCs w:val="20"/>
          <w:lang w:val="pt-PT"/>
        </w:rPr>
        <w:t>UPL;</w:t>
      </w:r>
    </w:p>
    <w:p w14:paraId="352AD2AB" w14:textId="77777777" w:rsidR="00C10063" w:rsidRPr="005467D2" w:rsidRDefault="00C10063" w:rsidP="0041270F">
      <w:pPr>
        <w:spacing w:line="240" w:lineRule="atLeast"/>
        <w:ind w:left="426" w:hanging="284"/>
        <w:jc w:val="both"/>
        <w:rPr>
          <w:rFonts w:cs="Arial"/>
          <w:szCs w:val="20"/>
          <w:lang w:val="pt-PT"/>
        </w:rPr>
      </w:pPr>
      <w:r w:rsidRPr="005467D2">
        <w:rPr>
          <w:rFonts w:cs="Arial"/>
          <w:szCs w:val="20"/>
          <w:lang w:val="pt-PT"/>
        </w:rPr>
        <w:t>b) Aceitar a candidatura na qualidade e posição indicadas no presente documento;</w:t>
      </w:r>
    </w:p>
    <w:p w14:paraId="46E0C0BD" w14:textId="77777777" w:rsidR="00C10063" w:rsidRPr="005467D2" w:rsidRDefault="00C10063" w:rsidP="0041270F">
      <w:pPr>
        <w:spacing w:line="240" w:lineRule="atLeast"/>
        <w:ind w:left="426" w:hanging="284"/>
        <w:jc w:val="both"/>
        <w:rPr>
          <w:rFonts w:cs="Arial"/>
          <w:szCs w:val="20"/>
          <w:lang w:val="pt-PT"/>
        </w:rPr>
      </w:pPr>
      <w:r w:rsidRPr="005467D2">
        <w:rPr>
          <w:rFonts w:cs="Arial"/>
          <w:szCs w:val="20"/>
          <w:lang w:val="pt-PT"/>
        </w:rPr>
        <w:t>c) Confirmar que os elementos de identificação constantes desta declaração correspondem à verdade;</w:t>
      </w:r>
    </w:p>
    <w:p w14:paraId="374EEB9A" w14:textId="475F0007" w:rsidR="00C10063" w:rsidRDefault="00C10063" w:rsidP="0041270F">
      <w:pPr>
        <w:spacing w:after="120" w:line="240" w:lineRule="atLeast"/>
        <w:ind w:left="426" w:hanging="284"/>
        <w:jc w:val="both"/>
        <w:rPr>
          <w:rFonts w:cs="Arial"/>
          <w:szCs w:val="20"/>
          <w:lang w:val="pt-PT"/>
        </w:rPr>
      </w:pPr>
      <w:r w:rsidRPr="005467D2">
        <w:rPr>
          <w:rFonts w:cs="Arial"/>
          <w:szCs w:val="20"/>
          <w:lang w:val="pt-PT"/>
        </w:rPr>
        <w:t>d) Ter conhecimento das normas aplicáveis ao processo eleitoral e dos requisitos relativos à composição das listas.</w:t>
      </w:r>
    </w:p>
    <w:p w14:paraId="69B13DB9" w14:textId="77777777" w:rsidR="00C10063" w:rsidRPr="005467D2" w:rsidRDefault="00C10063" w:rsidP="005467D2">
      <w:pPr>
        <w:spacing w:after="40" w:line="240" w:lineRule="atLeast"/>
        <w:contextualSpacing/>
        <w:rPr>
          <w:rFonts w:cs="Arial"/>
          <w:szCs w:val="20"/>
          <w:lang w:val="pt-PT"/>
        </w:rPr>
      </w:pPr>
      <w:r w:rsidRPr="005467D2">
        <w:rPr>
          <w:rFonts w:cs="Arial"/>
          <w:szCs w:val="20"/>
          <w:lang w:val="pt-PT"/>
        </w:rPr>
        <w:t>A presente declaração destina-se a instruir a candidatura, em substituição da assinatura do/a candidato/a no formulário da respetiva lista.</w:t>
      </w:r>
    </w:p>
    <w:tbl>
      <w:tblPr>
        <w:tblW w:w="10729" w:type="dxa"/>
        <w:tblCellSpacing w:w="15" w:type="dxa"/>
        <w:tblInd w:w="-3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0634"/>
        <w:gridCol w:w="45"/>
      </w:tblGrid>
      <w:tr w:rsidR="00D52914" w:rsidRPr="005467D2" w14:paraId="0960CAC6" w14:textId="77777777" w:rsidTr="003F1560">
        <w:trPr>
          <w:gridBefore w:val="1"/>
          <w:wBefore w:w="1" w:type="dxa"/>
          <w:tblCellSpacing w:w="15" w:type="dxa"/>
        </w:trPr>
        <w:tc>
          <w:tcPr>
            <w:tcW w:w="0" w:type="auto"/>
            <w:gridSpan w:val="2"/>
            <w:shd w:val="clear" w:color="auto" w:fill="auto"/>
            <w:hideMark/>
          </w:tcPr>
          <w:tbl>
            <w:tblPr>
              <w:tblW w:w="10444" w:type="dxa"/>
              <w:jc w:val="center"/>
              <w:tblLook w:val="04A0" w:firstRow="1" w:lastRow="0" w:firstColumn="1" w:lastColumn="0" w:noHBand="0" w:noVBand="1"/>
            </w:tblPr>
            <w:tblGrid>
              <w:gridCol w:w="4706"/>
              <w:gridCol w:w="5738"/>
            </w:tblGrid>
            <w:tr w:rsidR="00D52914" w:rsidRPr="005467D2" w14:paraId="2700B2EC" w14:textId="77777777" w:rsidTr="003F1560">
              <w:trPr>
                <w:jc w:val="center"/>
              </w:trPr>
              <w:tc>
                <w:tcPr>
                  <w:tcW w:w="470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14:paraId="0F528FC2" w14:textId="77777777" w:rsidR="00D52914" w:rsidRPr="005467D2" w:rsidRDefault="00D52914" w:rsidP="005467D2">
                  <w:pPr>
                    <w:jc w:val="center"/>
                    <w:rPr>
                      <w:b/>
                      <w:sz w:val="19"/>
                      <w:lang w:val="pt-PT"/>
                    </w:rPr>
                  </w:pPr>
                  <w:r w:rsidRPr="005467D2">
                    <w:rPr>
                      <w:b/>
                      <w:sz w:val="19"/>
                      <w:lang w:val="pt-PT"/>
                    </w:rPr>
                    <w:t>Data</w:t>
                  </w:r>
                </w:p>
                <w:p w14:paraId="0E57E633" w14:textId="77777777" w:rsidR="00D52914" w:rsidRDefault="00D52914" w:rsidP="005467D2">
                  <w:pPr>
                    <w:jc w:val="center"/>
                    <w:rPr>
                      <w:sz w:val="2"/>
                      <w:szCs w:val="4"/>
                      <w:lang w:val="pt-PT"/>
                    </w:rPr>
                  </w:pPr>
                </w:p>
                <w:p w14:paraId="3849E66D" w14:textId="77777777" w:rsidR="007417DC" w:rsidRDefault="007417DC" w:rsidP="005467D2">
                  <w:pPr>
                    <w:jc w:val="center"/>
                    <w:rPr>
                      <w:sz w:val="2"/>
                      <w:szCs w:val="4"/>
                      <w:lang w:val="pt-PT"/>
                    </w:rPr>
                  </w:pPr>
                </w:p>
                <w:p w14:paraId="6D61BA00" w14:textId="5D26E5C7" w:rsidR="007417DC" w:rsidRPr="005467D2" w:rsidRDefault="007417DC" w:rsidP="005467D2">
                  <w:pPr>
                    <w:jc w:val="center"/>
                    <w:rPr>
                      <w:sz w:val="2"/>
                      <w:szCs w:val="4"/>
                      <w:lang w:val="pt-PT"/>
                    </w:rPr>
                  </w:pPr>
                </w:p>
              </w:tc>
              <w:tc>
                <w:tcPr>
                  <w:tcW w:w="5738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14:paraId="59297880" w14:textId="2C92D44A" w:rsidR="00D52914" w:rsidRPr="005467D2" w:rsidRDefault="00D52914" w:rsidP="005467D2">
                  <w:pPr>
                    <w:jc w:val="center"/>
                    <w:rPr>
                      <w:lang w:val="pt-PT"/>
                    </w:rPr>
                  </w:pPr>
                  <w:r w:rsidRPr="005467D2">
                    <w:rPr>
                      <w:b/>
                      <w:sz w:val="19"/>
                      <w:lang w:val="pt-PT"/>
                    </w:rPr>
                    <w:t>Assinatura do/a</w:t>
                  </w:r>
                  <w:r w:rsidR="005467D2" w:rsidRPr="005467D2">
                    <w:rPr>
                      <w:b/>
                      <w:sz w:val="19"/>
                      <w:lang w:val="pt-PT"/>
                    </w:rPr>
                    <w:t xml:space="preserve"> candidat</w:t>
                  </w:r>
                  <w:r w:rsidRPr="005467D2">
                    <w:rPr>
                      <w:b/>
                      <w:sz w:val="19"/>
                      <w:lang w:val="pt-PT"/>
                    </w:rPr>
                    <w:t>o/a</w:t>
                  </w:r>
                </w:p>
              </w:tc>
            </w:tr>
            <w:tr w:rsidR="00D52914" w:rsidRPr="005467D2" w14:paraId="04170797" w14:textId="77777777" w:rsidTr="003F1560">
              <w:trPr>
                <w:jc w:val="center"/>
              </w:trPr>
              <w:tc>
                <w:tcPr>
                  <w:tcW w:w="470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14:paraId="60DCDB34" w14:textId="77777777" w:rsidR="00D52914" w:rsidRPr="005467D2" w:rsidRDefault="00D52914" w:rsidP="005467D2">
                  <w:pPr>
                    <w:jc w:val="center"/>
                    <w:rPr>
                      <w:lang w:val="pt-PT"/>
                    </w:rPr>
                  </w:pPr>
                  <w:r w:rsidRPr="005467D2">
                    <w:rPr>
                      <w:sz w:val="19"/>
                      <w:lang w:val="pt-PT"/>
                    </w:rPr>
                    <w:t>____ / ____ / 2026</w:t>
                  </w:r>
                </w:p>
              </w:tc>
              <w:tc>
                <w:tcPr>
                  <w:tcW w:w="5738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 w14:paraId="13D24112" w14:textId="77777777" w:rsidR="00D52914" w:rsidRPr="005467D2" w:rsidRDefault="00D52914" w:rsidP="005467D2">
                  <w:pPr>
                    <w:jc w:val="center"/>
                    <w:rPr>
                      <w:sz w:val="6"/>
                      <w:szCs w:val="8"/>
                      <w:lang w:val="pt-PT"/>
                    </w:rPr>
                  </w:pPr>
                  <w:r w:rsidRPr="005467D2">
                    <w:rPr>
                      <w:sz w:val="19"/>
                      <w:lang w:val="pt-PT"/>
                    </w:rPr>
                    <w:t>________________________________________</w:t>
                  </w:r>
                </w:p>
              </w:tc>
            </w:tr>
            <w:tr w:rsidR="00D52914" w:rsidRPr="005467D2" w14:paraId="23E31A59" w14:textId="77777777" w:rsidTr="003F1560">
              <w:trPr>
                <w:jc w:val="center"/>
              </w:trPr>
              <w:tc>
                <w:tcPr>
                  <w:tcW w:w="10444" w:type="dxa"/>
                  <w:gridSpan w:val="2"/>
                  <w:shd w:val="clear" w:color="auto" w:fill="1F4E79"/>
                  <w:tcMar>
                    <w:top w:w="65" w:type="dxa"/>
                    <w:left w:w="100" w:type="dxa"/>
                    <w:bottom w:w="65" w:type="dxa"/>
                    <w:right w:w="100" w:type="dxa"/>
                  </w:tcMar>
                </w:tcPr>
                <w:p w14:paraId="028ADA3D" w14:textId="61B420FB" w:rsidR="00D52914" w:rsidRPr="005467D2" w:rsidRDefault="005467D2" w:rsidP="005467D2">
                  <w:pPr>
                    <w:jc w:val="both"/>
                    <w:rPr>
                      <w:lang w:val="pt-PT"/>
                    </w:rPr>
                  </w:pPr>
                  <w:r w:rsidRPr="005467D2">
                    <w:rPr>
                      <w:b/>
                      <w:color w:val="FFFFFF"/>
                      <w:lang w:val="pt-PT"/>
                    </w:rPr>
                    <w:t>5</w:t>
                  </w:r>
                  <w:r w:rsidR="00D52914" w:rsidRPr="005467D2">
                    <w:rPr>
                      <w:b/>
                      <w:color w:val="FFFFFF"/>
                      <w:lang w:val="pt-PT"/>
                    </w:rPr>
                    <w:t>. INFORMAÇÃO SOBRE O TRATAMENTO DE DADOS</w:t>
                  </w:r>
                </w:p>
              </w:tc>
            </w:tr>
          </w:tbl>
          <w:p w14:paraId="4F99C6AF" w14:textId="16E951D3" w:rsidR="00D52914" w:rsidRPr="005467D2" w:rsidRDefault="00D52914" w:rsidP="006A301F">
            <w:pPr>
              <w:spacing w:line="240" w:lineRule="auto"/>
              <w:ind w:left="288" w:right="10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5467D2">
              <w:rPr>
                <w:color w:val="595959"/>
                <w:sz w:val="17"/>
                <w:lang w:val="pt-PT"/>
              </w:rPr>
              <w:t>Os dados pessoais constantes deste formulário destinam-se exclusivamente à identificação do/a candidato/a, à verificação da candidatura e aos demais atos necessários à organização e condução do processo eleitoral. Não deve ser junta cópia de documento de identificação civil, salvo solicitação expressa e fundamentada da Comissão Eleitoral.</w:t>
            </w:r>
          </w:p>
        </w:tc>
      </w:tr>
      <w:tr w:rsidR="00D52914" w:rsidRPr="005467D2" w14:paraId="79A8F8D3" w14:textId="77777777" w:rsidTr="003F1560">
        <w:trPr>
          <w:gridAfter w:val="1"/>
          <w:tblCellSpacing w:w="15" w:type="dxa"/>
        </w:trPr>
        <w:tc>
          <w:tcPr>
            <w:tcW w:w="10542" w:type="dxa"/>
            <w:gridSpan w:val="2"/>
            <w:shd w:val="clear" w:color="auto" w:fill="auto"/>
            <w:hideMark/>
          </w:tcPr>
          <w:p w14:paraId="614FC4A0" w14:textId="3EF7F7DC" w:rsidR="00D52914" w:rsidRPr="005467D2" w:rsidRDefault="00E0676E" w:rsidP="0041270F">
            <w:pPr>
              <w:ind w:left="766" w:hanging="766"/>
              <w:rPr>
                <w:lang w:val="pt-PT"/>
              </w:rPr>
            </w:pPr>
            <w:r>
              <w:rPr>
                <w:b/>
                <w:sz w:val="17"/>
                <w:lang w:val="pt-PT"/>
              </w:rPr>
              <w:t xml:space="preserve">     </w:t>
            </w:r>
            <w:r w:rsidR="00D52914" w:rsidRPr="005467D2">
              <w:rPr>
                <w:b/>
                <w:sz w:val="17"/>
                <w:lang w:val="pt-PT"/>
              </w:rPr>
              <w:t xml:space="preserve">Nota: </w:t>
            </w:r>
            <w:r w:rsidR="00D52914" w:rsidRPr="005467D2">
              <w:rPr>
                <w:bCs/>
                <w:sz w:val="17"/>
                <w:lang w:val="pt-PT"/>
              </w:rPr>
              <w:t xml:space="preserve">A presente declaração deve acompanhar o formulário da lista sempre que o/a candidato/a não tenha assinado diretamente esse </w:t>
            </w:r>
            <w:r>
              <w:rPr>
                <w:bCs/>
                <w:sz w:val="17"/>
                <w:lang w:val="pt-PT"/>
              </w:rPr>
              <w:t xml:space="preserve">               </w:t>
            </w:r>
            <w:r w:rsidR="005467D2" w:rsidRPr="005467D2">
              <w:rPr>
                <w:bCs/>
                <w:sz w:val="17"/>
                <w:lang w:val="pt-PT"/>
              </w:rPr>
              <w:t>documento.</w:t>
            </w:r>
          </w:p>
        </w:tc>
      </w:tr>
    </w:tbl>
    <w:p w14:paraId="04464086" w14:textId="77777777" w:rsidR="00C10063" w:rsidRPr="005467D2" w:rsidRDefault="00C10063">
      <w:pPr>
        <w:spacing w:before="160"/>
        <w:rPr>
          <w:lang w:val="pt-PT"/>
        </w:rPr>
      </w:pPr>
    </w:p>
    <w:sectPr w:rsidR="00C10063" w:rsidRPr="005467D2" w:rsidSect="005467D2">
      <w:headerReference w:type="default" r:id="rId8"/>
      <w:footerReference w:type="default" r:id="rId9"/>
      <w:pgSz w:w="12240" w:h="15840"/>
      <w:pgMar w:top="907" w:right="900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59280" w14:textId="77777777" w:rsidR="007F1DDA" w:rsidRDefault="007F1DDA">
      <w:pPr>
        <w:spacing w:after="0" w:line="240" w:lineRule="auto"/>
      </w:pPr>
      <w:r>
        <w:separator/>
      </w:r>
    </w:p>
  </w:endnote>
  <w:endnote w:type="continuationSeparator" w:id="0">
    <w:p w14:paraId="7099D214" w14:textId="77777777" w:rsidR="007F1DDA" w:rsidRDefault="007F1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3DDB" w14:textId="5379BAA2" w:rsidR="00923B2E" w:rsidRDefault="00FC04A3">
    <w:pPr>
      <w:pStyle w:val="Rodap"/>
      <w:jc w:val="center"/>
    </w:pPr>
    <w:proofErr w:type="spellStart"/>
    <w:r>
      <w:rPr>
        <w:color w:val="646464"/>
        <w:sz w:val="16"/>
      </w:rPr>
      <w:t>Modelo</w:t>
    </w:r>
    <w:proofErr w:type="spellEnd"/>
    <w:r>
      <w:rPr>
        <w:color w:val="646464"/>
        <w:sz w:val="16"/>
      </w:rPr>
      <w:t xml:space="preserve"> CE-</w:t>
    </w:r>
    <w:r w:rsidR="00D52914">
      <w:rPr>
        <w:color w:val="646464"/>
        <w:sz w:val="16"/>
      </w:rPr>
      <w:t>DIC</w:t>
    </w:r>
    <w:r>
      <w:rPr>
        <w:color w:val="646464"/>
        <w:sz w:val="16"/>
      </w:rPr>
      <w:t xml:space="preserve"> | </w:t>
    </w:r>
    <w:proofErr w:type="spellStart"/>
    <w:r>
      <w:rPr>
        <w:color w:val="646464"/>
        <w:sz w:val="16"/>
      </w:rPr>
      <w:t>Comissão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Eleitoral</w:t>
    </w:r>
    <w:proofErr w:type="spellEnd"/>
    <w:r>
      <w:rPr>
        <w:color w:val="646464"/>
        <w:sz w:val="16"/>
      </w:rPr>
      <w:t xml:space="preserve"> | comissaoeleitoral@sp.ipl.pt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465DF" w14:textId="77777777" w:rsidR="007F1DDA" w:rsidRDefault="007F1DDA">
      <w:pPr>
        <w:spacing w:after="0" w:line="240" w:lineRule="auto"/>
      </w:pPr>
      <w:r>
        <w:separator/>
      </w:r>
    </w:p>
  </w:footnote>
  <w:footnote w:type="continuationSeparator" w:id="0">
    <w:p w14:paraId="64021A7D" w14:textId="77777777" w:rsidR="007F1DDA" w:rsidRDefault="007F1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F3794" w14:textId="77777777" w:rsidR="005B2A40" w:rsidRDefault="005B2A40">
    <w:pPr>
      <w:pStyle w:val="Cabealho"/>
      <w:jc w:val="center"/>
      <w:rPr>
        <w:b/>
        <w:color w:val="646464"/>
        <w:sz w:val="16"/>
      </w:rPr>
    </w:pPr>
    <w:r>
      <w:rPr>
        <w:noProof/>
      </w:rPr>
      <w:drawing>
        <wp:inline distT="0" distB="0" distL="0" distR="0" wp14:anchorId="6D989D93" wp14:editId="12E1F81B">
          <wp:extent cx="3321623" cy="676176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6140" cy="685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2D117" w14:textId="4D2400FF" w:rsidR="00923B2E" w:rsidRDefault="00923B2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301BFB"/>
    <w:multiLevelType w:val="hybridMultilevel"/>
    <w:tmpl w:val="580886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DE4"/>
    <w:rsid w:val="0015074B"/>
    <w:rsid w:val="0029639D"/>
    <w:rsid w:val="002A15AB"/>
    <w:rsid w:val="00326F90"/>
    <w:rsid w:val="003F1560"/>
    <w:rsid w:val="0041270F"/>
    <w:rsid w:val="004F7E19"/>
    <w:rsid w:val="005467D2"/>
    <w:rsid w:val="005B2A40"/>
    <w:rsid w:val="006A301F"/>
    <w:rsid w:val="007417DC"/>
    <w:rsid w:val="007A6AD6"/>
    <w:rsid w:val="007F1DDA"/>
    <w:rsid w:val="00923B2E"/>
    <w:rsid w:val="009A3A3D"/>
    <w:rsid w:val="00AA1D8D"/>
    <w:rsid w:val="00B47730"/>
    <w:rsid w:val="00C10063"/>
    <w:rsid w:val="00C6476B"/>
    <w:rsid w:val="00CB0664"/>
    <w:rsid w:val="00D52914"/>
    <w:rsid w:val="00E0676E"/>
    <w:rsid w:val="00FC04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5BBD3E"/>
  <w14:defaultImageDpi w14:val="300"/>
  <w15:docId w15:val="{A1172E6B-6D5C-4586-A055-7E32423E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914"/>
    <w:pPr>
      <w:spacing w:after="80" w:line="252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6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8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9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6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1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6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310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Identificação e declaração de aceitação do mandatário</vt:lpstr>
      <vt:lpstr/>
    </vt:vector>
  </TitlesOfParts>
  <Manager/>
  <Company/>
  <LinksUpToDate>false</LinksUpToDate>
  <CharactersWithSpaces>1985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Identificação e declaração de aceitação do mandatário</dc:title>
  <dc:subject>Eleição da Assembleia Estatutária da UPL</dc:subject>
  <dc:creator>Maria Das Dores Gomes Delgado</dc:creator>
  <cp:keywords/>
  <dc:description>generated by python-docx</dc:description>
  <cp:lastModifiedBy>Maria das Dores Gomes Delgado</cp:lastModifiedBy>
  <cp:revision>9</cp:revision>
  <dcterms:created xsi:type="dcterms:W3CDTF">2026-10-27T15:08:00Z</dcterms:created>
  <dcterms:modified xsi:type="dcterms:W3CDTF">2026-10-30T09:08:00Z</dcterms:modified>
  <cp:category/>
</cp:coreProperties>
</file>