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A254" w14:textId="77777777" w:rsidR="001B5BAF" w:rsidRDefault="001B5BAF">
      <w:pPr>
        <w:jc w:val="center"/>
        <w:rPr>
          <w:b/>
          <w:color w:val="1F4E79"/>
          <w:sz w:val="26"/>
        </w:rPr>
      </w:pPr>
    </w:p>
    <w:p w14:paraId="61DA4843" w14:textId="10233946" w:rsidR="00306545" w:rsidRPr="009C6872" w:rsidRDefault="000D0E52" w:rsidP="00AC6BED">
      <w:pPr>
        <w:spacing w:after="120"/>
        <w:jc w:val="center"/>
        <w:rPr>
          <w:lang w:val="pt-PT"/>
        </w:rPr>
      </w:pPr>
      <w:r w:rsidRPr="009C6872">
        <w:rPr>
          <w:b/>
          <w:color w:val="1F4E79"/>
          <w:sz w:val="26"/>
          <w:lang w:val="pt-PT"/>
        </w:rPr>
        <w:t>ELEIÇÃO DA ASSEMBLEIA PARA A ELABORAÇÃO DOS NOVOS ESTATUTOS</w:t>
      </w:r>
    </w:p>
    <w:p w14:paraId="02C35E6D" w14:textId="77777777" w:rsidR="00306545" w:rsidRPr="009C6872" w:rsidRDefault="000D0E52" w:rsidP="00AC6BED">
      <w:pPr>
        <w:spacing w:after="120"/>
        <w:jc w:val="center"/>
        <w:rPr>
          <w:lang w:val="pt-PT"/>
        </w:rPr>
      </w:pPr>
      <w:r w:rsidRPr="009C6872">
        <w:rPr>
          <w:b/>
          <w:sz w:val="22"/>
          <w:lang w:val="pt-PT"/>
        </w:rPr>
        <w:t>MODELO DE CANDIDATURA - DOCENTES E INVESTIGADORES</w:t>
      </w:r>
    </w:p>
    <w:p w14:paraId="36B5C431" w14:textId="77777777" w:rsidR="00260287" w:rsidRPr="009C6872" w:rsidRDefault="000D0E52" w:rsidP="00260287">
      <w:pPr>
        <w:jc w:val="center"/>
        <w:rPr>
          <w:i/>
          <w:color w:val="595959"/>
          <w:sz w:val="16"/>
          <w:lang w:val="pt-PT"/>
        </w:rPr>
      </w:pPr>
      <w:r w:rsidRPr="009C6872">
        <w:rPr>
          <w:i/>
          <w:color w:val="595959"/>
          <w:sz w:val="16"/>
          <w:lang w:val="pt-PT"/>
        </w:rPr>
        <w:t>A lista deve integrar 9 candidatos efetivos e 9 suplentes. Entre os efetivos deve figurar, pelo menos, um professor ou investigador de cada Unidade Orgânica.</w:t>
      </w:r>
      <w:r w:rsidR="00260287" w:rsidRPr="009C6872">
        <w:rPr>
          <w:i/>
          <w:color w:val="595959"/>
          <w:sz w:val="16"/>
          <w:lang w:val="pt-PT"/>
        </w:rPr>
        <w:t xml:space="preserve"> Deverá também </w:t>
      </w:r>
      <w:r w:rsidR="00260287" w:rsidRPr="009C6872">
        <w:rPr>
          <w:i/>
          <w:color w:val="595959"/>
          <w:sz w:val="16"/>
          <w:lang w:val="pt-PT"/>
        </w:rPr>
        <w:t>e respeitar o artigo 4º da Lei nº 26/2019 de 28 de março, que estabelece o regime da representação equilibrada entre homens e mulheres no pessoal dirigente e nos órgãos da Administração Pública.</w:t>
      </w:r>
    </w:p>
    <w:p w14:paraId="271B2928" w14:textId="76345D65" w:rsidR="00306545" w:rsidRPr="009C6872" w:rsidRDefault="00306545">
      <w:pPr>
        <w:jc w:val="center"/>
        <w:rPr>
          <w:i/>
          <w:color w:val="595959"/>
          <w:sz w:val="16"/>
          <w:lang w:val="pt-PT"/>
        </w:rPr>
      </w:pPr>
    </w:p>
    <w:p w14:paraId="673C1496" w14:textId="06EEB987" w:rsidR="001B5BAF" w:rsidRPr="009C6872" w:rsidRDefault="001B5BAF">
      <w:pPr>
        <w:jc w:val="center"/>
        <w:rPr>
          <w:i/>
          <w:color w:val="595959"/>
          <w:sz w:val="16"/>
          <w:lang w:val="pt-PT"/>
        </w:rPr>
      </w:pP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669"/>
        <w:gridCol w:w="1814"/>
        <w:gridCol w:w="5669"/>
      </w:tblGrid>
      <w:tr w:rsidR="00306545" w:rsidRPr="009C6872" w14:paraId="7D49AEC0" w14:textId="77777777">
        <w:trPr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97BF2E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Designação da lista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97BD2C" w14:textId="199DCE41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7BD9AA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Corpo eleitoral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5ECDEA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lang w:val="pt-PT"/>
              </w:rPr>
              <w:t>Docentes e investigadores</w:t>
            </w:r>
          </w:p>
        </w:tc>
      </w:tr>
      <w:tr w:rsidR="00306545" w:rsidRPr="009C6872" w14:paraId="42A2A3EC" w14:textId="77777777" w:rsidTr="001B5BAF">
        <w:trPr>
          <w:trHeight w:val="414"/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7F5C9E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Mandatário/a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F0B53F" w14:textId="55FE5925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CA40FF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Email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95396" w14:textId="4CE68ECA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79AB2474" w14:textId="77777777">
        <w:trPr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1378F7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Contacto telefónico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D50987" w14:textId="19AECFDD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A59785" w14:textId="77777777" w:rsidR="00306545" w:rsidRPr="009C6872" w:rsidRDefault="000D0E52">
            <w:pPr>
              <w:rPr>
                <w:lang w:val="pt-PT"/>
              </w:rPr>
            </w:pPr>
            <w:r w:rsidRPr="009C6872">
              <w:rPr>
                <w:b/>
                <w:color w:val="FFFFFF"/>
                <w:lang w:val="pt-PT"/>
              </w:rPr>
              <w:t>Data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543FBF" w14:textId="1408EA1F" w:rsidR="00306545" w:rsidRPr="009C6872" w:rsidRDefault="000D0E52">
            <w:pPr>
              <w:rPr>
                <w:lang w:val="pt-PT"/>
              </w:rPr>
            </w:pPr>
            <w:r w:rsidRPr="009C6872">
              <w:rPr>
                <w:lang w:val="pt-PT"/>
              </w:rPr>
              <w:t>__</w:t>
            </w:r>
            <w:r w:rsidR="001B5BAF" w:rsidRPr="009C6872">
              <w:rPr>
                <w:lang w:val="pt-PT"/>
              </w:rPr>
              <w:t>__</w:t>
            </w:r>
            <w:r w:rsidRPr="009C6872">
              <w:rPr>
                <w:lang w:val="pt-PT"/>
              </w:rPr>
              <w:t>__ / __</w:t>
            </w:r>
            <w:r w:rsidR="001B5BAF" w:rsidRPr="009C6872">
              <w:rPr>
                <w:lang w:val="pt-PT"/>
              </w:rPr>
              <w:t>__</w:t>
            </w:r>
            <w:r w:rsidRPr="009C6872">
              <w:rPr>
                <w:lang w:val="pt-PT"/>
              </w:rPr>
              <w:t>__ / 2026</w:t>
            </w:r>
          </w:p>
        </w:tc>
      </w:tr>
    </w:tbl>
    <w:p w14:paraId="1EF66717" w14:textId="77777777" w:rsidR="001B5BAF" w:rsidRPr="009C6872" w:rsidRDefault="001B5BAF">
      <w:pPr>
        <w:spacing w:before="120"/>
        <w:rPr>
          <w:b/>
          <w:color w:val="1F4E79"/>
          <w:sz w:val="4"/>
          <w:szCs w:val="6"/>
          <w:lang w:val="pt-PT"/>
        </w:rPr>
      </w:pPr>
    </w:p>
    <w:p w14:paraId="19DB8ED4" w14:textId="11E5262E" w:rsidR="00306545" w:rsidRPr="009C6872" w:rsidRDefault="000D0E52">
      <w:pPr>
        <w:spacing w:before="120"/>
        <w:rPr>
          <w:lang w:val="pt-PT"/>
        </w:rPr>
      </w:pPr>
      <w:r w:rsidRPr="009C6872">
        <w:rPr>
          <w:b/>
          <w:color w:val="1F4E79"/>
          <w:sz w:val="19"/>
          <w:lang w:val="pt-PT"/>
        </w:rPr>
        <w:t>CANDIDATOS EFETIVOS</w:t>
      </w:r>
    </w:p>
    <w:tbl>
      <w:tblPr>
        <w:tblStyle w:val="SimplesTabela2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5040"/>
        <w:gridCol w:w="2953"/>
        <w:gridCol w:w="2438"/>
        <w:gridCol w:w="3969"/>
      </w:tblGrid>
      <w:tr w:rsidR="00306545" w:rsidRPr="009C6872" w14:paraId="2C139D52" w14:textId="77777777" w:rsidTr="009C6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412413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color w:val="FFFFFF"/>
                <w:sz w:val="15"/>
                <w:lang w:val="pt-PT"/>
              </w:rPr>
              <w:t>N.º</w:t>
            </w:r>
          </w:p>
        </w:tc>
        <w:tc>
          <w:tcPr>
            <w:tcW w:w="5040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EAEE61" w14:textId="77777777" w:rsidR="00306545" w:rsidRPr="009C6872" w:rsidRDefault="000D0E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9C6872">
              <w:rPr>
                <w:color w:val="FFFFFF"/>
                <w:sz w:val="15"/>
                <w:lang w:val="pt-PT"/>
              </w:rPr>
              <w:t>Nome completo</w:t>
            </w:r>
          </w:p>
        </w:tc>
        <w:tc>
          <w:tcPr>
            <w:tcW w:w="2953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68F1CA" w14:textId="77777777" w:rsidR="00306545" w:rsidRPr="009C6872" w:rsidRDefault="000D0E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9C6872">
              <w:rPr>
                <w:color w:val="FFFFFF"/>
                <w:sz w:val="15"/>
                <w:lang w:val="pt-PT"/>
              </w:rPr>
              <w:t>Unidade Orgânica</w:t>
            </w:r>
          </w:p>
        </w:tc>
        <w:tc>
          <w:tcPr>
            <w:tcW w:w="243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61B487" w14:textId="2D51835E" w:rsidR="00306545" w:rsidRPr="009C6872" w:rsidRDefault="000D0E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9C6872">
              <w:rPr>
                <w:color w:val="FFFFFF"/>
                <w:sz w:val="15"/>
                <w:lang w:val="pt-PT"/>
              </w:rPr>
              <w:t xml:space="preserve">N.º mecanográfico </w:t>
            </w:r>
          </w:p>
        </w:tc>
        <w:tc>
          <w:tcPr>
            <w:tcW w:w="3969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D12BC2" w14:textId="77777777" w:rsidR="00306545" w:rsidRPr="009C6872" w:rsidRDefault="000D0E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9C6872">
              <w:rPr>
                <w:color w:val="FFFFFF"/>
                <w:sz w:val="15"/>
                <w:lang w:val="pt-PT"/>
              </w:rPr>
              <w:t>Assinatura ou declaração individual de concordância</w:t>
            </w:r>
          </w:p>
        </w:tc>
      </w:tr>
      <w:tr w:rsidR="00306545" w:rsidRPr="009C6872" w14:paraId="649841BE" w14:textId="77777777" w:rsidTr="009C6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B20A0C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1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2A6659" w14:textId="77777777" w:rsidR="00306545" w:rsidRPr="009C6872" w:rsidRDefault="00306545" w:rsidP="00B44312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37501D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AB6C7B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EB378F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18F999B5" w14:textId="77777777" w:rsidTr="009C6872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44751B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2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05A809" w14:textId="77777777" w:rsidR="00306545" w:rsidRPr="009C6872" w:rsidRDefault="00306545" w:rsidP="00B4431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39BBE3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C8F396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A3D3EC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5FCD5EC4" w14:textId="77777777" w:rsidTr="009C6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778152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3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0B940D" w14:textId="77777777" w:rsidR="00306545" w:rsidRPr="009C6872" w:rsidRDefault="00306545" w:rsidP="00B44312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27B00A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061E4C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EAFD9C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2598DEE6" w14:textId="77777777" w:rsidTr="009C6872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9935FF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4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94D5A5" w14:textId="77777777" w:rsidR="00306545" w:rsidRPr="009C6872" w:rsidRDefault="00306545" w:rsidP="00B4431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EEC669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56B9AB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FB0818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78941E47" w14:textId="77777777" w:rsidTr="009C6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240AAE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5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9F31CB" w14:textId="77777777" w:rsidR="00306545" w:rsidRPr="009C6872" w:rsidRDefault="00306545" w:rsidP="00B44312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128261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486C05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01652C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29B4EA11" w14:textId="77777777" w:rsidTr="009C6872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87E3DE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6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99056E" w14:textId="77777777" w:rsidR="00306545" w:rsidRPr="009C6872" w:rsidRDefault="00306545" w:rsidP="00B4431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99C43A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DBEF00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61D779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75697EEC" w14:textId="77777777" w:rsidTr="009C6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9B8484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7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F2D8B6" w14:textId="77777777" w:rsidR="00306545" w:rsidRPr="009C6872" w:rsidRDefault="00306545" w:rsidP="00B44312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B78278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C39945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62CB0E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44B0A208" w14:textId="77777777" w:rsidTr="009C6872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853697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8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CE0A41" w14:textId="77777777" w:rsidR="00306545" w:rsidRPr="009C6872" w:rsidRDefault="00306545" w:rsidP="00B4431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EBF3C5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98A12B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46DB82" w14:textId="77777777" w:rsidR="00306545" w:rsidRPr="009C6872" w:rsidRDefault="00306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</w:tc>
      </w:tr>
      <w:tr w:rsidR="00306545" w:rsidRPr="009C6872" w14:paraId="2B2B7304" w14:textId="77777777" w:rsidTr="009C6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9009E4" w14:textId="77777777" w:rsidR="00306545" w:rsidRPr="009C6872" w:rsidRDefault="000D0E52" w:rsidP="003632F6">
            <w:pPr>
              <w:spacing w:before="120" w:after="120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9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97CC1D" w14:textId="77777777" w:rsidR="00306545" w:rsidRPr="009C6872" w:rsidRDefault="00306545" w:rsidP="00B44312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32"/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0FFD37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99379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E9F23F" w14:textId="77777777" w:rsidR="00306545" w:rsidRPr="009C6872" w:rsidRDefault="00306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</w:p>
        </w:tc>
      </w:tr>
    </w:tbl>
    <w:p w14:paraId="2995D19C" w14:textId="4F4100B0" w:rsidR="00306545" w:rsidRPr="009C6872" w:rsidRDefault="000D0E52" w:rsidP="00B44312">
      <w:pPr>
        <w:rPr>
          <w:lang w:val="pt-PT"/>
        </w:rPr>
      </w:pPr>
      <w:r w:rsidRPr="009C6872">
        <w:rPr>
          <w:lang w:val="pt-PT"/>
        </w:rPr>
        <w:br w:type="page"/>
      </w:r>
      <w:r w:rsidRPr="009C6872">
        <w:rPr>
          <w:b/>
          <w:color w:val="1F4E79"/>
          <w:sz w:val="19"/>
          <w:lang w:val="pt-PT"/>
        </w:rPr>
        <w:lastRenderedPageBreak/>
        <w:t>CANDIDATOS SUPLENTES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5040"/>
        <w:gridCol w:w="2953"/>
        <w:gridCol w:w="2438"/>
        <w:gridCol w:w="3969"/>
      </w:tblGrid>
      <w:tr w:rsidR="00306545" w:rsidRPr="009C6872" w14:paraId="52665F33" w14:textId="77777777" w:rsidTr="009C6872">
        <w:trPr>
          <w:tblHeader/>
          <w:jc w:val="center"/>
        </w:trPr>
        <w:tc>
          <w:tcPr>
            <w:tcW w:w="624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12A0CA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color w:val="FFFFFF"/>
                <w:sz w:val="15"/>
                <w:lang w:val="pt-PT"/>
              </w:rPr>
              <w:t>N.º</w:t>
            </w:r>
          </w:p>
        </w:tc>
        <w:tc>
          <w:tcPr>
            <w:tcW w:w="5040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A504EA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color w:val="FFFFFF"/>
                <w:sz w:val="15"/>
                <w:lang w:val="pt-PT"/>
              </w:rPr>
              <w:t>Nome completo</w:t>
            </w:r>
          </w:p>
        </w:tc>
        <w:tc>
          <w:tcPr>
            <w:tcW w:w="2953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A54155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color w:val="FFFFFF"/>
                <w:sz w:val="15"/>
                <w:lang w:val="pt-PT"/>
              </w:rPr>
              <w:t>Unidade Orgânica</w:t>
            </w:r>
          </w:p>
        </w:tc>
        <w:tc>
          <w:tcPr>
            <w:tcW w:w="243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991931" w14:textId="2B297D79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color w:val="FFFFFF"/>
                <w:sz w:val="15"/>
                <w:lang w:val="pt-PT"/>
              </w:rPr>
              <w:t xml:space="preserve">N.º mecanográfico </w:t>
            </w:r>
          </w:p>
        </w:tc>
        <w:tc>
          <w:tcPr>
            <w:tcW w:w="3969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DAB97C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color w:val="FFFFFF"/>
                <w:sz w:val="15"/>
                <w:lang w:val="pt-PT"/>
              </w:rPr>
              <w:t>Assinatura ou declaração individual de concordância</w:t>
            </w:r>
          </w:p>
        </w:tc>
      </w:tr>
      <w:tr w:rsidR="00306545" w:rsidRPr="009C6872" w14:paraId="249FAAB8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F14E3C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1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CE6F91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CDCEAD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B9E253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DE523C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78E884CA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42F596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2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56223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547A01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43CB0F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459315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7A036E3D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D9363B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3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37F28F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FB9E20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DF9E56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E871BC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7C964D78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310F6F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4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4A5D23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8610EB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7805D2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3F29E8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76DB90EB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9DE7E4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5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7B4B86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0FF5F2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30AD66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829076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1946A7AE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DB914C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6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A226A1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AD93B2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E4B5B7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204FF1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6F74D8FD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AF3A15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7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BF0D7D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2F1B3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F2C34E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0A4E5D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49832D11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E4F91D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8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219836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6FEF7D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94DBDC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9D0D3C" w14:textId="77777777" w:rsidR="00306545" w:rsidRPr="009C6872" w:rsidRDefault="00306545">
            <w:pPr>
              <w:rPr>
                <w:lang w:val="pt-PT"/>
              </w:rPr>
            </w:pPr>
          </w:p>
        </w:tc>
      </w:tr>
      <w:tr w:rsidR="00306545" w:rsidRPr="009C6872" w14:paraId="42124560" w14:textId="77777777" w:rsidTr="009C6872">
        <w:trPr>
          <w:trHeight w:val="312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D2DED" w14:textId="77777777" w:rsidR="00306545" w:rsidRPr="009C6872" w:rsidRDefault="000D0E52" w:rsidP="003632F6">
            <w:pPr>
              <w:spacing w:before="120" w:after="120" w:line="360" w:lineRule="auto"/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9</w:t>
            </w:r>
          </w:p>
        </w:tc>
        <w:tc>
          <w:tcPr>
            <w:tcW w:w="50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CD245A" w14:textId="77777777" w:rsidR="00306545" w:rsidRPr="009C6872" w:rsidRDefault="00306545" w:rsidP="00B44312">
            <w:pPr>
              <w:spacing w:before="120" w:after="120"/>
              <w:rPr>
                <w:lang w:val="pt-PT"/>
              </w:rPr>
            </w:pPr>
          </w:p>
        </w:tc>
        <w:tc>
          <w:tcPr>
            <w:tcW w:w="295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31BE67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243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FEB5B0" w14:textId="77777777" w:rsidR="00306545" w:rsidRPr="009C6872" w:rsidRDefault="00306545">
            <w:pPr>
              <w:rPr>
                <w:lang w:val="pt-PT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D7AA69" w14:textId="77777777" w:rsidR="00306545" w:rsidRPr="009C6872" w:rsidRDefault="00306545">
            <w:pPr>
              <w:rPr>
                <w:lang w:val="pt-PT"/>
              </w:rPr>
            </w:pPr>
          </w:p>
        </w:tc>
      </w:tr>
    </w:tbl>
    <w:p w14:paraId="6C52D348" w14:textId="77777777" w:rsidR="001B5BAF" w:rsidRPr="009C6872" w:rsidRDefault="001B5BAF">
      <w:pPr>
        <w:spacing w:before="100"/>
        <w:rPr>
          <w:b/>
          <w:color w:val="1F4E79"/>
          <w:sz w:val="19"/>
          <w:lang w:val="pt-PT"/>
        </w:rPr>
      </w:pPr>
    </w:p>
    <w:p w14:paraId="02F2DFFE" w14:textId="40806CA3" w:rsidR="00306545" w:rsidRPr="009C6872" w:rsidRDefault="000D0E52">
      <w:pPr>
        <w:spacing w:before="100"/>
        <w:rPr>
          <w:lang w:val="pt-PT"/>
        </w:rPr>
      </w:pPr>
      <w:r w:rsidRPr="009C6872">
        <w:rPr>
          <w:b/>
          <w:color w:val="1F4E79"/>
          <w:sz w:val="19"/>
          <w:lang w:val="pt-PT"/>
        </w:rPr>
        <w:t>DECLARAÇÃO DA LISTA</w:t>
      </w:r>
    </w:p>
    <w:p w14:paraId="6CA7757F" w14:textId="2CDA1736" w:rsidR="00306545" w:rsidRPr="009C6872" w:rsidRDefault="000D0E52">
      <w:pPr>
        <w:jc w:val="both"/>
        <w:rPr>
          <w:sz w:val="18"/>
          <w:szCs w:val="24"/>
          <w:lang w:val="pt-PT"/>
        </w:rPr>
      </w:pPr>
      <w:r w:rsidRPr="009C6872">
        <w:rPr>
          <w:sz w:val="18"/>
          <w:szCs w:val="24"/>
          <w:lang w:val="pt-PT"/>
        </w:rPr>
        <w:t>Os candidatos acima identificados declaram aceitar a integração na presente lista e confirmam a veracidade dos elementos indicados. A composição da lista respeita os requisitos previstos para o corpo dos docentes e investigadores, designadamente quanto ao número de candidatos</w:t>
      </w:r>
      <w:r w:rsidR="00260287" w:rsidRPr="009C6872">
        <w:rPr>
          <w:sz w:val="18"/>
          <w:szCs w:val="24"/>
          <w:lang w:val="pt-PT"/>
        </w:rPr>
        <w:t>,</w:t>
      </w:r>
      <w:r w:rsidRPr="009C6872">
        <w:rPr>
          <w:sz w:val="18"/>
          <w:szCs w:val="24"/>
          <w:lang w:val="pt-PT"/>
        </w:rPr>
        <w:t xml:space="preserve"> à representação das Unidades Orgânicas</w:t>
      </w:r>
      <w:r w:rsidR="00260287" w:rsidRPr="009C6872">
        <w:rPr>
          <w:sz w:val="18"/>
          <w:szCs w:val="24"/>
          <w:lang w:val="pt-PT"/>
        </w:rPr>
        <w:t xml:space="preserve"> </w:t>
      </w:r>
      <w:r w:rsidR="00260287" w:rsidRPr="009C6872">
        <w:rPr>
          <w:sz w:val="18"/>
          <w:szCs w:val="24"/>
          <w:lang w:val="pt-PT"/>
        </w:rPr>
        <w:t>e quanto ao artigo 4.º da Lei n.º 26/2019, de 28 de março</w:t>
      </w:r>
      <w:r w:rsidRPr="009C6872">
        <w:rPr>
          <w:sz w:val="18"/>
          <w:szCs w:val="24"/>
          <w:lang w:val="pt-PT"/>
        </w:rPr>
        <w:t>. Quando não seja aposta assinatura no presente formulário, deve ser junta declaração individual de concordância do respetivo candidato.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306545" w:rsidRPr="009C6872" w14:paraId="3E34A0BE" w14:textId="77777777">
        <w:tc>
          <w:tcPr>
            <w:tcW w:w="7370" w:type="dxa"/>
          </w:tcPr>
          <w:p w14:paraId="604B959F" w14:textId="77777777" w:rsidR="001B5BAF" w:rsidRPr="009C6872" w:rsidRDefault="001B5BAF">
            <w:pPr>
              <w:jc w:val="center"/>
              <w:rPr>
                <w:b/>
                <w:lang w:val="pt-PT"/>
              </w:rPr>
            </w:pPr>
          </w:p>
          <w:p w14:paraId="7EE20011" w14:textId="77777777" w:rsidR="001B5BAF" w:rsidRPr="009C6872" w:rsidRDefault="001B5BAF">
            <w:pPr>
              <w:jc w:val="center"/>
              <w:rPr>
                <w:b/>
                <w:lang w:val="pt-PT"/>
              </w:rPr>
            </w:pPr>
          </w:p>
          <w:p w14:paraId="38994FF3" w14:textId="77777777" w:rsidR="00306545" w:rsidRPr="009C6872" w:rsidRDefault="000D0E52">
            <w:pPr>
              <w:jc w:val="center"/>
              <w:rPr>
                <w:b/>
                <w:lang w:val="pt-PT"/>
              </w:rPr>
            </w:pPr>
            <w:r w:rsidRPr="009C6872">
              <w:rPr>
                <w:b/>
                <w:lang w:val="pt-PT"/>
              </w:rPr>
              <w:t>Assinatura do/a mandatário/a</w:t>
            </w:r>
          </w:p>
          <w:p w14:paraId="598DD06D" w14:textId="77777777" w:rsidR="001B5BAF" w:rsidRPr="009C6872" w:rsidRDefault="001B5BAF">
            <w:pPr>
              <w:jc w:val="center"/>
              <w:rPr>
                <w:b/>
                <w:lang w:val="pt-PT"/>
              </w:rPr>
            </w:pPr>
          </w:p>
          <w:p w14:paraId="00151546" w14:textId="77777777" w:rsidR="001B5BAF" w:rsidRPr="009C6872" w:rsidRDefault="001B5BAF">
            <w:pPr>
              <w:jc w:val="center"/>
              <w:rPr>
                <w:b/>
                <w:lang w:val="pt-PT"/>
              </w:rPr>
            </w:pPr>
          </w:p>
          <w:p w14:paraId="4C3F8536" w14:textId="3081D6AA" w:rsidR="001B5BAF" w:rsidRPr="009C6872" w:rsidRDefault="001B5BAF">
            <w:pPr>
              <w:jc w:val="center"/>
              <w:rPr>
                <w:lang w:val="pt-PT"/>
              </w:rPr>
            </w:pPr>
          </w:p>
        </w:tc>
        <w:tc>
          <w:tcPr>
            <w:tcW w:w="7370" w:type="dxa"/>
          </w:tcPr>
          <w:p w14:paraId="2D67A478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b/>
                <w:lang w:val="pt-PT"/>
              </w:rPr>
              <w:t>Data</w:t>
            </w:r>
          </w:p>
        </w:tc>
      </w:tr>
      <w:tr w:rsidR="00306545" w:rsidRPr="009C6872" w14:paraId="750B99FE" w14:textId="77777777">
        <w:tc>
          <w:tcPr>
            <w:tcW w:w="7370" w:type="dxa"/>
          </w:tcPr>
          <w:p w14:paraId="187F808A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____________________________________________</w:t>
            </w:r>
          </w:p>
        </w:tc>
        <w:tc>
          <w:tcPr>
            <w:tcW w:w="7370" w:type="dxa"/>
          </w:tcPr>
          <w:p w14:paraId="5F3940A5" w14:textId="77777777" w:rsidR="00306545" w:rsidRPr="009C6872" w:rsidRDefault="000D0E52">
            <w:pPr>
              <w:jc w:val="center"/>
              <w:rPr>
                <w:lang w:val="pt-PT"/>
              </w:rPr>
            </w:pPr>
            <w:r w:rsidRPr="009C6872">
              <w:rPr>
                <w:lang w:val="pt-PT"/>
              </w:rPr>
              <w:t>____ / ____ / 2026</w:t>
            </w:r>
          </w:p>
        </w:tc>
      </w:tr>
    </w:tbl>
    <w:p w14:paraId="11CB4DFC" w14:textId="77777777" w:rsidR="000D0E52" w:rsidRPr="009C6872" w:rsidRDefault="000D0E52">
      <w:pPr>
        <w:rPr>
          <w:lang w:val="pt-PT"/>
        </w:rPr>
      </w:pPr>
    </w:p>
    <w:sectPr w:rsidR="000D0E52" w:rsidRPr="009C6872" w:rsidSect="003632F6">
      <w:headerReference w:type="default" r:id="rId8"/>
      <w:footerReference w:type="default" r:id="rId9"/>
      <w:pgSz w:w="16838" w:h="11906" w:orient="landscape"/>
      <w:pgMar w:top="709" w:right="765" w:bottom="680" w:left="765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14C93" w14:textId="77777777" w:rsidR="00BA41D6" w:rsidRDefault="00BA41D6">
      <w:pPr>
        <w:spacing w:after="0"/>
      </w:pPr>
      <w:r>
        <w:separator/>
      </w:r>
    </w:p>
  </w:endnote>
  <w:endnote w:type="continuationSeparator" w:id="0">
    <w:p w14:paraId="2A67CAB1" w14:textId="77777777" w:rsidR="00BA41D6" w:rsidRDefault="00BA41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EB44D" w14:textId="77777777" w:rsidR="00306545" w:rsidRDefault="000D0E52">
    <w:pPr>
      <w:pStyle w:val="Rodap"/>
      <w:jc w:val="center"/>
    </w:pPr>
    <w:r>
      <w:rPr>
        <w:color w:val="646464"/>
        <w:sz w:val="15"/>
      </w:rPr>
      <w:t>Modelo CE-DI | Comissão Eleitoral | comissaoeleitoral@sp.ipl.pt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0CB05" w14:textId="77777777" w:rsidR="00BA41D6" w:rsidRDefault="00BA41D6">
      <w:pPr>
        <w:spacing w:after="0"/>
      </w:pPr>
      <w:r>
        <w:separator/>
      </w:r>
    </w:p>
  </w:footnote>
  <w:footnote w:type="continuationSeparator" w:id="0">
    <w:p w14:paraId="1D37DAD9" w14:textId="77777777" w:rsidR="00BA41D6" w:rsidRDefault="00BA41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BD1D" w14:textId="77777777" w:rsidR="001B5BAF" w:rsidRDefault="001B5BAF">
    <w:pPr>
      <w:pStyle w:val="Cabealho"/>
      <w:jc w:val="center"/>
      <w:rPr>
        <w:b/>
        <w:color w:val="646464"/>
        <w:sz w:val="15"/>
      </w:rPr>
    </w:pPr>
    <w:r>
      <w:rPr>
        <w:noProof/>
      </w:rPr>
      <w:drawing>
        <wp:inline distT="0" distB="0" distL="0" distR="0" wp14:anchorId="2B4BE278" wp14:editId="193BD463">
          <wp:extent cx="3321623" cy="676176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140" cy="685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E52"/>
    <w:rsid w:val="0015074B"/>
    <w:rsid w:val="001B5BAF"/>
    <w:rsid w:val="00260287"/>
    <w:rsid w:val="0029639D"/>
    <w:rsid w:val="00306545"/>
    <w:rsid w:val="00326F90"/>
    <w:rsid w:val="003632F6"/>
    <w:rsid w:val="0073001F"/>
    <w:rsid w:val="009C6872"/>
    <w:rsid w:val="00AA1D8D"/>
    <w:rsid w:val="00AC6BED"/>
    <w:rsid w:val="00B44312"/>
    <w:rsid w:val="00B47730"/>
    <w:rsid w:val="00BA27BA"/>
    <w:rsid w:val="00BA41D6"/>
    <w:rsid w:val="00C60D6C"/>
    <w:rsid w:val="00CB0664"/>
    <w:rsid w:val="00FC693F"/>
    <w:rsid w:val="00FE4552"/>
    <w:rsid w:val="11F4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5AB034F-E470-49BB-8741-A981ADFE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7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implesTabela2">
    <w:name w:val="Plain Table 2"/>
    <w:basedOn w:val="Tabela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255</Words>
  <Characters>1382</Characters>
  <Application>Microsoft Office Word</Application>
  <DocSecurity>0</DocSecurity>
  <Lines>11</Lines>
  <Paragraphs>3</Paragraphs>
  <ScaleCrop>false</ScaleCrop>
  <Manager/>
  <Company/>
  <LinksUpToDate>false</LinksUpToDate>
  <CharactersWithSpaces>1634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candidatura - Docentes e Investigadores</dc:title>
  <dc:subject>Eleição da Assembleia Estatutária da UPL</dc:subject>
  <dc:creator>Maria Das Dores Gomes Delgado</dc:creator>
  <cp:keywords/>
  <dc:description>generated by python-docx</dc:description>
  <cp:lastModifiedBy>Maria das Dores Gomes Delgado</cp:lastModifiedBy>
  <cp:revision>10</cp:revision>
  <cp:lastPrinted>2026-10-28T15:36:00Z</cp:lastPrinted>
  <dcterms:created xsi:type="dcterms:W3CDTF">2026-10-23T08:53:00Z</dcterms:created>
  <dcterms:modified xsi:type="dcterms:W3CDTF">2026-10-30T09:03:00Z</dcterms:modified>
  <cp:category/>
</cp:coreProperties>
</file>