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9692" w14:textId="77777777" w:rsidR="00330692" w:rsidRPr="00630268" w:rsidRDefault="005220E9">
      <w:pPr>
        <w:jc w:val="center"/>
        <w:rPr>
          <w:lang w:val="pt-PT"/>
        </w:rPr>
      </w:pPr>
      <w:r w:rsidRPr="00630268">
        <w:rPr>
          <w:b/>
          <w:color w:val="1F4E79"/>
          <w:sz w:val="26"/>
          <w:lang w:val="pt-PT"/>
        </w:rPr>
        <w:t>ELEIÇÃO DA ASSEMBLEIA PARA A ELABORAÇÃO DOS NOVOS ESTATUTOS</w:t>
      </w:r>
    </w:p>
    <w:p w14:paraId="16D75D99" w14:textId="201D7124" w:rsidR="00330692" w:rsidRPr="00630268" w:rsidRDefault="005220E9">
      <w:pPr>
        <w:jc w:val="center"/>
        <w:rPr>
          <w:b/>
          <w:sz w:val="22"/>
          <w:lang w:val="pt-PT"/>
        </w:rPr>
      </w:pPr>
      <w:r w:rsidRPr="00630268">
        <w:rPr>
          <w:b/>
          <w:sz w:val="22"/>
          <w:lang w:val="pt-PT"/>
        </w:rPr>
        <w:t xml:space="preserve">MODELO DE CANDIDATURA </w:t>
      </w:r>
      <w:r w:rsidR="005E0B7E" w:rsidRPr="00630268">
        <w:rPr>
          <w:b/>
          <w:sz w:val="22"/>
          <w:lang w:val="pt-PT"/>
        </w:rPr>
        <w:t>–</w:t>
      </w:r>
      <w:r w:rsidRPr="00630268">
        <w:rPr>
          <w:b/>
          <w:sz w:val="22"/>
          <w:lang w:val="pt-PT"/>
        </w:rPr>
        <w:t xml:space="preserve"> ESTUDANTES</w:t>
      </w:r>
    </w:p>
    <w:p w14:paraId="1BFEBA16" w14:textId="77777777" w:rsidR="005E0B7E" w:rsidRPr="00630268" w:rsidRDefault="005E0B7E">
      <w:pPr>
        <w:jc w:val="center"/>
        <w:rPr>
          <w:lang w:val="pt-PT"/>
        </w:rPr>
      </w:pPr>
    </w:p>
    <w:p w14:paraId="1CD4701A" w14:textId="1F5F76AD" w:rsidR="00DB6FB3" w:rsidRPr="00630268" w:rsidRDefault="005220E9" w:rsidP="00DB6FB3">
      <w:pPr>
        <w:jc w:val="center"/>
        <w:rPr>
          <w:i/>
          <w:color w:val="595959"/>
          <w:sz w:val="16"/>
          <w:lang w:val="pt-PT"/>
        </w:rPr>
      </w:pPr>
      <w:r w:rsidRPr="00630268">
        <w:rPr>
          <w:i/>
          <w:color w:val="595959"/>
          <w:sz w:val="16"/>
          <w:lang w:val="pt-PT"/>
        </w:rPr>
        <w:t>A lista deve integrar 4 candidatos efetivos, de escolas diferentes, 4 candidatos suplentes</w:t>
      </w:r>
      <w:r w:rsidR="00065C1D" w:rsidRPr="00630268">
        <w:rPr>
          <w:i/>
          <w:color w:val="595959"/>
          <w:sz w:val="16"/>
          <w:lang w:val="pt-PT"/>
        </w:rPr>
        <w:t xml:space="preserve"> </w:t>
      </w:r>
      <w:r w:rsidR="00065C1D" w:rsidRPr="00630268">
        <w:rPr>
          <w:i/>
          <w:color w:val="595959"/>
          <w:sz w:val="16"/>
          <w:lang w:val="pt-PT"/>
        </w:rPr>
        <w:t xml:space="preserve">diferentes </w:t>
      </w:r>
      <w:r w:rsidR="00DB6FB3" w:rsidRPr="00630268">
        <w:rPr>
          <w:i/>
          <w:color w:val="595959"/>
          <w:sz w:val="16"/>
          <w:lang w:val="pt-PT"/>
        </w:rPr>
        <w:t>e respeitar o artigo 4º da Lei nº 26/2019 de 28 de março, que estabelece o regime da representação equilibrada entre homens e mulheres no pessoal dirigente e nos órgãos da Administração Pública.</w:t>
      </w:r>
    </w:p>
    <w:p w14:paraId="48B9E243" w14:textId="1CDD469A" w:rsidR="005E0B7E" w:rsidRPr="00630268" w:rsidRDefault="005E0B7E">
      <w:pPr>
        <w:jc w:val="center"/>
        <w:rPr>
          <w:sz w:val="18"/>
          <w:szCs w:val="24"/>
          <w:lang w:val="pt-PT"/>
        </w:rPr>
      </w:pP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669"/>
        <w:gridCol w:w="1814"/>
        <w:gridCol w:w="5669"/>
      </w:tblGrid>
      <w:tr w:rsidR="00330692" w:rsidRPr="00630268" w14:paraId="7C1174CE" w14:textId="77777777">
        <w:trPr>
          <w:jc w:val="center"/>
        </w:trPr>
        <w:tc>
          <w:tcPr>
            <w:tcW w:w="1701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76E0D5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8"/>
                <w:szCs w:val="24"/>
                <w:lang w:val="pt-PT"/>
              </w:rPr>
              <w:t>Designação da lista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9C0D3E" w14:textId="2DFC1AC0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1814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B4D067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8"/>
                <w:szCs w:val="24"/>
                <w:lang w:val="pt-PT"/>
              </w:rPr>
              <w:t>Corpo eleitoral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ABC0D4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Estudantes</w:t>
            </w:r>
          </w:p>
        </w:tc>
      </w:tr>
      <w:tr w:rsidR="00330692" w:rsidRPr="00630268" w14:paraId="6F4A7D8A" w14:textId="77777777" w:rsidTr="005E0B7E">
        <w:trPr>
          <w:trHeight w:val="436"/>
          <w:jc w:val="center"/>
        </w:trPr>
        <w:tc>
          <w:tcPr>
            <w:tcW w:w="1701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BB0357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8"/>
                <w:szCs w:val="24"/>
                <w:lang w:val="pt-PT"/>
              </w:rPr>
              <w:t>Mandatário/a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7BE7DC" w14:textId="3B9B15B6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1814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7AD92A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8"/>
                <w:szCs w:val="24"/>
                <w:lang w:val="pt-PT"/>
              </w:rPr>
              <w:t>Email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E9C57F" w14:textId="256B17AE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  <w:tr w:rsidR="00330692" w:rsidRPr="00630268" w14:paraId="1543288A" w14:textId="77777777">
        <w:trPr>
          <w:jc w:val="center"/>
        </w:trPr>
        <w:tc>
          <w:tcPr>
            <w:tcW w:w="1701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BF0043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8"/>
                <w:szCs w:val="24"/>
                <w:lang w:val="pt-PT"/>
              </w:rPr>
              <w:t>Contacto telefónico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79B7D3" w14:textId="479CB86A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1814" w:type="dxa"/>
            <w:shd w:val="clear" w:color="auto" w:fill="1F4E7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8DD6F1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8"/>
                <w:szCs w:val="24"/>
                <w:lang w:val="pt-PT"/>
              </w:rPr>
              <w:t>Data</w:t>
            </w:r>
          </w:p>
        </w:tc>
        <w:tc>
          <w:tcPr>
            <w:tcW w:w="5669" w:type="dxa"/>
            <w:shd w:val="clear" w:color="auto" w:fill="F7F9FB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7BCBB8" w14:textId="77777777" w:rsidR="00330692" w:rsidRPr="00630268" w:rsidRDefault="005220E9">
            <w:pPr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____ / ____ / 2026</w:t>
            </w:r>
          </w:p>
        </w:tc>
      </w:tr>
    </w:tbl>
    <w:p w14:paraId="4A4B706E" w14:textId="6DB2545F" w:rsidR="005E0B7E" w:rsidRDefault="005E0B7E">
      <w:pPr>
        <w:spacing w:before="120"/>
        <w:rPr>
          <w:b/>
          <w:color w:val="1F4E79"/>
          <w:sz w:val="12"/>
          <w:szCs w:val="16"/>
          <w:lang w:val="pt-PT"/>
        </w:rPr>
      </w:pPr>
    </w:p>
    <w:p w14:paraId="6D5BBF37" w14:textId="73C380D0" w:rsidR="00630268" w:rsidRDefault="00630268">
      <w:pPr>
        <w:spacing w:before="120"/>
        <w:rPr>
          <w:b/>
          <w:color w:val="1F4E79"/>
          <w:sz w:val="12"/>
          <w:szCs w:val="16"/>
          <w:lang w:val="pt-PT"/>
        </w:rPr>
      </w:pPr>
    </w:p>
    <w:p w14:paraId="2E3191B1" w14:textId="77777777" w:rsidR="00630268" w:rsidRPr="00630268" w:rsidRDefault="00630268">
      <w:pPr>
        <w:spacing w:before="120"/>
        <w:rPr>
          <w:b/>
          <w:color w:val="1F4E79"/>
          <w:sz w:val="12"/>
          <w:szCs w:val="16"/>
          <w:lang w:val="pt-PT"/>
        </w:rPr>
      </w:pPr>
    </w:p>
    <w:p w14:paraId="4C76EFAD" w14:textId="1E29F291" w:rsidR="00330692" w:rsidRPr="00630268" w:rsidRDefault="005220E9">
      <w:pPr>
        <w:spacing w:before="120"/>
        <w:rPr>
          <w:sz w:val="18"/>
          <w:szCs w:val="24"/>
          <w:lang w:val="pt-PT"/>
        </w:rPr>
      </w:pPr>
      <w:r w:rsidRPr="00630268">
        <w:rPr>
          <w:b/>
          <w:color w:val="1F4E79"/>
          <w:sz w:val="20"/>
          <w:szCs w:val="24"/>
          <w:lang w:val="pt-PT"/>
        </w:rPr>
        <w:t>CANDIDATOS EFETIVOS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4195"/>
        <w:gridCol w:w="3798"/>
        <w:gridCol w:w="2009"/>
        <w:gridCol w:w="4398"/>
      </w:tblGrid>
      <w:tr w:rsidR="00330692" w:rsidRPr="00630268" w14:paraId="60DB64FD" w14:textId="77777777" w:rsidTr="005E0B7E">
        <w:trPr>
          <w:trHeight w:val="496"/>
          <w:tblHeader/>
          <w:jc w:val="center"/>
        </w:trPr>
        <w:tc>
          <w:tcPr>
            <w:tcW w:w="624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D5ACDF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N.º</w:t>
            </w:r>
          </w:p>
        </w:tc>
        <w:tc>
          <w:tcPr>
            <w:tcW w:w="4195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55A580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Nome completo</w:t>
            </w:r>
          </w:p>
        </w:tc>
        <w:tc>
          <w:tcPr>
            <w:tcW w:w="3798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BB0C13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Escola e curso</w:t>
            </w:r>
          </w:p>
        </w:tc>
        <w:tc>
          <w:tcPr>
            <w:tcW w:w="2009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CAEFF3" w14:textId="36C0C1C4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proofErr w:type="gramStart"/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 xml:space="preserve">N.º </w:t>
            </w:r>
            <w:r w:rsidR="00C111CF" w:rsidRPr="00630268">
              <w:rPr>
                <w:b/>
                <w:color w:val="FFFFFF"/>
                <w:sz w:val="16"/>
                <w:szCs w:val="24"/>
                <w:lang w:val="pt-PT"/>
              </w:rPr>
              <w:t xml:space="preserve"> </w:t>
            </w: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estudante</w:t>
            </w:r>
            <w:proofErr w:type="gramEnd"/>
          </w:p>
        </w:tc>
        <w:tc>
          <w:tcPr>
            <w:tcW w:w="4398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63F5D9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Assinatura ou declaração individual de concordância</w:t>
            </w:r>
          </w:p>
        </w:tc>
      </w:tr>
      <w:tr w:rsidR="00330692" w:rsidRPr="00630268" w14:paraId="461E2AC0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BE31F9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1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900529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22B85A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075952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FA65BE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  <w:tr w:rsidR="00330692" w:rsidRPr="00630268" w14:paraId="0CC788FF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5AE3D7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2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E36BA6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A59027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9801A3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83790B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  <w:tr w:rsidR="00330692" w:rsidRPr="00630268" w14:paraId="0A373AB2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DF44A0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3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588B7C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EBFA53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EF19AB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B894F3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  <w:tr w:rsidR="00330692" w:rsidRPr="00630268" w14:paraId="19E46153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D3816E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4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19065E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1620D6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F67FAA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8C995D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</w:tbl>
    <w:p w14:paraId="64489311" w14:textId="0C60E614" w:rsidR="005E0B7E" w:rsidRDefault="005E0B7E">
      <w:pPr>
        <w:spacing w:before="120"/>
        <w:rPr>
          <w:b/>
          <w:color w:val="1F4E79"/>
          <w:sz w:val="8"/>
          <w:szCs w:val="12"/>
          <w:lang w:val="pt-PT"/>
        </w:rPr>
      </w:pPr>
    </w:p>
    <w:p w14:paraId="7C6756D8" w14:textId="237B848C" w:rsidR="00630268" w:rsidRDefault="00630268">
      <w:pPr>
        <w:spacing w:before="120"/>
        <w:rPr>
          <w:b/>
          <w:color w:val="1F4E79"/>
          <w:sz w:val="8"/>
          <w:szCs w:val="12"/>
          <w:lang w:val="pt-PT"/>
        </w:rPr>
      </w:pPr>
    </w:p>
    <w:p w14:paraId="5498ADE0" w14:textId="00533B01" w:rsidR="00630268" w:rsidRDefault="00630268">
      <w:pPr>
        <w:spacing w:before="120"/>
        <w:rPr>
          <w:b/>
          <w:color w:val="1F4E79"/>
          <w:sz w:val="8"/>
          <w:szCs w:val="12"/>
          <w:lang w:val="pt-PT"/>
        </w:rPr>
      </w:pPr>
    </w:p>
    <w:p w14:paraId="140B3390" w14:textId="0CC5D683" w:rsidR="00630268" w:rsidRDefault="00630268">
      <w:pPr>
        <w:spacing w:before="120"/>
        <w:rPr>
          <w:b/>
          <w:color w:val="1F4E79"/>
          <w:sz w:val="8"/>
          <w:szCs w:val="12"/>
          <w:lang w:val="pt-PT"/>
        </w:rPr>
      </w:pPr>
    </w:p>
    <w:p w14:paraId="1CC30E1B" w14:textId="0200D56B" w:rsidR="00630268" w:rsidRDefault="00630268">
      <w:pPr>
        <w:spacing w:before="120"/>
        <w:rPr>
          <w:b/>
          <w:color w:val="1F4E79"/>
          <w:sz w:val="8"/>
          <w:szCs w:val="12"/>
          <w:lang w:val="pt-PT"/>
        </w:rPr>
      </w:pPr>
    </w:p>
    <w:p w14:paraId="75082AFB" w14:textId="5565D978" w:rsidR="00630268" w:rsidRDefault="00630268">
      <w:pPr>
        <w:spacing w:before="120"/>
        <w:rPr>
          <w:b/>
          <w:color w:val="1F4E79"/>
          <w:sz w:val="8"/>
          <w:szCs w:val="12"/>
          <w:lang w:val="pt-PT"/>
        </w:rPr>
      </w:pPr>
    </w:p>
    <w:p w14:paraId="4A244D32" w14:textId="77777777" w:rsidR="00630268" w:rsidRPr="00630268" w:rsidRDefault="00630268">
      <w:pPr>
        <w:spacing w:before="120"/>
        <w:rPr>
          <w:b/>
          <w:color w:val="1F4E79"/>
          <w:sz w:val="8"/>
          <w:szCs w:val="12"/>
          <w:lang w:val="pt-PT"/>
        </w:rPr>
      </w:pPr>
    </w:p>
    <w:p w14:paraId="69766D24" w14:textId="4B24F7F0" w:rsidR="00330692" w:rsidRPr="00630268" w:rsidRDefault="005220E9">
      <w:pPr>
        <w:spacing w:before="120"/>
        <w:rPr>
          <w:sz w:val="18"/>
          <w:szCs w:val="24"/>
          <w:lang w:val="pt-PT"/>
        </w:rPr>
      </w:pPr>
      <w:r w:rsidRPr="00630268">
        <w:rPr>
          <w:b/>
          <w:color w:val="1F4E79"/>
          <w:sz w:val="20"/>
          <w:szCs w:val="24"/>
          <w:lang w:val="pt-PT"/>
        </w:rPr>
        <w:t>CANDIDATOS SUPLENTES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4195"/>
        <w:gridCol w:w="3798"/>
        <w:gridCol w:w="2009"/>
        <w:gridCol w:w="4398"/>
      </w:tblGrid>
      <w:tr w:rsidR="00330692" w:rsidRPr="00630268" w14:paraId="7113A1C3" w14:textId="77777777" w:rsidTr="005E0B7E">
        <w:trPr>
          <w:trHeight w:val="370"/>
          <w:tblHeader/>
          <w:jc w:val="center"/>
        </w:trPr>
        <w:tc>
          <w:tcPr>
            <w:tcW w:w="624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45DC8F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N.º</w:t>
            </w:r>
          </w:p>
        </w:tc>
        <w:tc>
          <w:tcPr>
            <w:tcW w:w="4195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2B5C07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Nome completo</w:t>
            </w:r>
          </w:p>
        </w:tc>
        <w:tc>
          <w:tcPr>
            <w:tcW w:w="3798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76389C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Escola e curso</w:t>
            </w:r>
          </w:p>
        </w:tc>
        <w:tc>
          <w:tcPr>
            <w:tcW w:w="2009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6677C3" w14:textId="5EF9F88A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proofErr w:type="gramStart"/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 xml:space="preserve">N.º </w:t>
            </w:r>
            <w:r w:rsidR="00C111CF" w:rsidRPr="00630268">
              <w:rPr>
                <w:b/>
                <w:color w:val="FFFFFF"/>
                <w:sz w:val="16"/>
                <w:szCs w:val="24"/>
                <w:lang w:val="pt-PT"/>
              </w:rPr>
              <w:t xml:space="preserve"> </w:t>
            </w: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estudante</w:t>
            </w:r>
            <w:proofErr w:type="gramEnd"/>
          </w:p>
        </w:tc>
        <w:tc>
          <w:tcPr>
            <w:tcW w:w="4398" w:type="dxa"/>
            <w:shd w:val="clear" w:color="auto" w:fill="1F4E79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0D4B6F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color w:val="FFFFFF"/>
                <w:sz w:val="16"/>
                <w:szCs w:val="24"/>
                <w:lang w:val="pt-PT"/>
              </w:rPr>
              <w:t>Assinatura ou declaração individual de concordância</w:t>
            </w:r>
          </w:p>
        </w:tc>
      </w:tr>
      <w:tr w:rsidR="00330692" w:rsidRPr="00630268" w14:paraId="7DCAD25A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3197C6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1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9849FE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5B5E8D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4739C9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80C9CF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  <w:tr w:rsidR="00330692" w:rsidRPr="00630268" w14:paraId="553DF782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F4C3D3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2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095CAF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354FAF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3EC990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C75CC0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  <w:tr w:rsidR="00330692" w:rsidRPr="00630268" w14:paraId="6806B098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4D1430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3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0C46BC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027736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A40F16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E388DF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  <w:tr w:rsidR="00330692" w:rsidRPr="00630268" w14:paraId="503A9142" w14:textId="77777777" w:rsidTr="005E0B7E">
        <w:trPr>
          <w:trHeight w:val="397"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B1B266" w14:textId="77777777" w:rsidR="00330692" w:rsidRPr="00630268" w:rsidRDefault="005220E9" w:rsidP="00630268">
            <w:pPr>
              <w:spacing w:before="240" w:after="240"/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4</w:t>
            </w:r>
          </w:p>
        </w:tc>
        <w:tc>
          <w:tcPr>
            <w:tcW w:w="419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15E492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37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EE95FE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20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FD3321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  <w:tc>
          <w:tcPr>
            <w:tcW w:w="439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9F2427" w14:textId="77777777" w:rsidR="00330692" w:rsidRPr="00630268" w:rsidRDefault="00330692">
            <w:pPr>
              <w:rPr>
                <w:sz w:val="18"/>
                <w:szCs w:val="24"/>
                <w:lang w:val="pt-PT"/>
              </w:rPr>
            </w:pPr>
          </w:p>
        </w:tc>
      </w:tr>
    </w:tbl>
    <w:p w14:paraId="32A86E1A" w14:textId="77777777" w:rsidR="005E0B7E" w:rsidRPr="00630268" w:rsidRDefault="005E0B7E">
      <w:pPr>
        <w:spacing w:before="100"/>
        <w:rPr>
          <w:b/>
          <w:color w:val="1F4E79"/>
          <w:sz w:val="20"/>
          <w:szCs w:val="24"/>
          <w:lang w:val="pt-PT"/>
        </w:rPr>
      </w:pPr>
    </w:p>
    <w:p w14:paraId="71E372F1" w14:textId="248A3E48" w:rsidR="00330692" w:rsidRPr="00630268" w:rsidRDefault="005220E9">
      <w:pPr>
        <w:spacing w:before="100"/>
        <w:rPr>
          <w:b/>
          <w:color w:val="1F4E79"/>
          <w:sz w:val="20"/>
          <w:szCs w:val="24"/>
          <w:lang w:val="pt-PT"/>
        </w:rPr>
      </w:pPr>
      <w:r w:rsidRPr="00630268">
        <w:rPr>
          <w:b/>
          <w:color w:val="1F4E79"/>
          <w:sz w:val="20"/>
          <w:szCs w:val="24"/>
          <w:lang w:val="pt-PT"/>
        </w:rPr>
        <w:t>DECLARAÇÃO DA LISTA</w:t>
      </w:r>
    </w:p>
    <w:p w14:paraId="66841F94" w14:textId="77777777" w:rsidR="005E0B7E" w:rsidRPr="00630268" w:rsidRDefault="005E0B7E">
      <w:pPr>
        <w:spacing w:before="100"/>
        <w:rPr>
          <w:sz w:val="20"/>
          <w:szCs w:val="28"/>
          <w:lang w:val="pt-PT"/>
        </w:rPr>
      </w:pPr>
    </w:p>
    <w:p w14:paraId="3DBD8787" w14:textId="4A4361D6" w:rsidR="00330692" w:rsidRPr="00630268" w:rsidRDefault="005220E9">
      <w:pPr>
        <w:jc w:val="both"/>
        <w:rPr>
          <w:sz w:val="20"/>
          <w:szCs w:val="28"/>
          <w:lang w:val="pt-PT"/>
        </w:rPr>
      </w:pPr>
      <w:r w:rsidRPr="00630268">
        <w:rPr>
          <w:sz w:val="20"/>
          <w:szCs w:val="28"/>
          <w:lang w:val="pt-PT"/>
        </w:rPr>
        <w:t>Os candidatos acima identificados declaram aceitar a integração na presente lista e confirmam a veracidade dos elementos indicados. A composição da lista respeita os requisitos previstos para o corpo dos estudantes, designadamente quanto ao número de candidatos efetivos</w:t>
      </w:r>
      <w:r w:rsidR="00065C1D" w:rsidRPr="00630268">
        <w:rPr>
          <w:sz w:val="20"/>
          <w:szCs w:val="28"/>
          <w:lang w:val="pt-PT"/>
        </w:rPr>
        <w:t>,</w:t>
      </w:r>
      <w:r w:rsidRPr="00630268">
        <w:rPr>
          <w:sz w:val="20"/>
          <w:szCs w:val="28"/>
          <w:lang w:val="pt-PT"/>
        </w:rPr>
        <w:t xml:space="preserve"> à proveniência de escolas diferentes</w:t>
      </w:r>
      <w:r w:rsidR="00065C1D" w:rsidRPr="00630268">
        <w:rPr>
          <w:sz w:val="20"/>
          <w:szCs w:val="28"/>
          <w:lang w:val="pt-PT"/>
        </w:rPr>
        <w:t xml:space="preserve"> </w:t>
      </w:r>
      <w:r w:rsidR="00065C1D" w:rsidRPr="00630268">
        <w:rPr>
          <w:sz w:val="20"/>
          <w:szCs w:val="28"/>
          <w:lang w:val="pt-PT"/>
        </w:rPr>
        <w:t>e quanto ao artigo 4.º da Lei n.º 26/2019, de 28 de março</w:t>
      </w:r>
      <w:r w:rsidRPr="00630268">
        <w:rPr>
          <w:sz w:val="20"/>
          <w:szCs w:val="28"/>
          <w:lang w:val="pt-PT"/>
        </w:rPr>
        <w:t>. Quando não seja aposta assinatura no presente formulário, deve ser junta declaração individual de concordância do respetivo candidato.</w:t>
      </w:r>
    </w:p>
    <w:p w14:paraId="0FF27D2E" w14:textId="77777777" w:rsidR="005E0B7E" w:rsidRPr="00630268" w:rsidRDefault="005E0B7E">
      <w:pPr>
        <w:jc w:val="both"/>
        <w:rPr>
          <w:sz w:val="20"/>
          <w:szCs w:val="28"/>
          <w:lang w:val="pt-P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330692" w:rsidRPr="00630268" w14:paraId="031DB9C4" w14:textId="77777777">
        <w:tc>
          <w:tcPr>
            <w:tcW w:w="7370" w:type="dxa"/>
          </w:tcPr>
          <w:p w14:paraId="2BEA7805" w14:textId="77777777" w:rsidR="005E0B7E" w:rsidRPr="00630268" w:rsidRDefault="005E0B7E">
            <w:pPr>
              <w:jc w:val="center"/>
              <w:rPr>
                <w:b/>
                <w:sz w:val="18"/>
                <w:szCs w:val="24"/>
                <w:lang w:val="pt-PT"/>
              </w:rPr>
            </w:pPr>
          </w:p>
          <w:p w14:paraId="7C20A1E0" w14:textId="64B9186A" w:rsidR="00330692" w:rsidRPr="00630268" w:rsidRDefault="005220E9">
            <w:pPr>
              <w:jc w:val="center"/>
              <w:rPr>
                <w:b/>
                <w:sz w:val="18"/>
                <w:szCs w:val="24"/>
                <w:lang w:val="pt-PT"/>
              </w:rPr>
            </w:pPr>
            <w:r w:rsidRPr="00630268">
              <w:rPr>
                <w:b/>
                <w:sz w:val="18"/>
                <w:szCs w:val="24"/>
                <w:lang w:val="pt-PT"/>
              </w:rPr>
              <w:t>Assinatura do/a mandatário/a</w:t>
            </w:r>
          </w:p>
          <w:p w14:paraId="0D310056" w14:textId="2BE699DE" w:rsidR="005E0B7E" w:rsidRPr="00630268" w:rsidRDefault="005E0B7E">
            <w:pPr>
              <w:jc w:val="center"/>
              <w:rPr>
                <w:b/>
                <w:sz w:val="18"/>
                <w:szCs w:val="24"/>
                <w:lang w:val="pt-PT"/>
              </w:rPr>
            </w:pPr>
          </w:p>
          <w:p w14:paraId="48A99D15" w14:textId="77777777" w:rsidR="005E0B7E" w:rsidRPr="00630268" w:rsidRDefault="005E0B7E">
            <w:pPr>
              <w:jc w:val="center"/>
              <w:rPr>
                <w:b/>
                <w:sz w:val="18"/>
                <w:szCs w:val="24"/>
                <w:lang w:val="pt-PT"/>
              </w:rPr>
            </w:pPr>
          </w:p>
          <w:p w14:paraId="2B05292D" w14:textId="04B703FD" w:rsidR="00636146" w:rsidRPr="00630268" w:rsidRDefault="00636146">
            <w:pPr>
              <w:jc w:val="center"/>
              <w:rPr>
                <w:sz w:val="18"/>
                <w:szCs w:val="24"/>
                <w:lang w:val="pt-PT"/>
              </w:rPr>
            </w:pPr>
          </w:p>
        </w:tc>
        <w:tc>
          <w:tcPr>
            <w:tcW w:w="7370" w:type="dxa"/>
          </w:tcPr>
          <w:p w14:paraId="0FB0E066" w14:textId="77777777" w:rsidR="005E0B7E" w:rsidRPr="00630268" w:rsidRDefault="005E0B7E">
            <w:pPr>
              <w:jc w:val="center"/>
              <w:rPr>
                <w:b/>
                <w:sz w:val="18"/>
                <w:szCs w:val="24"/>
                <w:lang w:val="pt-PT"/>
              </w:rPr>
            </w:pPr>
          </w:p>
          <w:p w14:paraId="000962BE" w14:textId="5D0B25AA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b/>
                <w:sz w:val="18"/>
                <w:szCs w:val="24"/>
                <w:lang w:val="pt-PT"/>
              </w:rPr>
              <w:t>Data</w:t>
            </w:r>
          </w:p>
        </w:tc>
      </w:tr>
      <w:tr w:rsidR="00330692" w:rsidRPr="00630268" w14:paraId="15B4BA0B" w14:textId="77777777">
        <w:tc>
          <w:tcPr>
            <w:tcW w:w="7370" w:type="dxa"/>
          </w:tcPr>
          <w:p w14:paraId="266C4429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____________________________________________</w:t>
            </w:r>
          </w:p>
        </w:tc>
        <w:tc>
          <w:tcPr>
            <w:tcW w:w="7370" w:type="dxa"/>
          </w:tcPr>
          <w:p w14:paraId="227FA39E" w14:textId="77777777" w:rsidR="00330692" w:rsidRPr="00630268" w:rsidRDefault="005220E9">
            <w:pPr>
              <w:jc w:val="center"/>
              <w:rPr>
                <w:sz w:val="18"/>
                <w:szCs w:val="24"/>
                <w:lang w:val="pt-PT"/>
              </w:rPr>
            </w:pPr>
            <w:r w:rsidRPr="00630268">
              <w:rPr>
                <w:sz w:val="18"/>
                <w:szCs w:val="24"/>
                <w:lang w:val="pt-PT"/>
              </w:rPr>
              <w:t>____ / ____ / 2026</w:t>
            </w:r>
          </w:p>
        </w:tc>
      </w:tr>
    </w:tbl>
    <w:p w14:paraId="51520313" w14:textId="77777777" w:rsidR="005220E9" w:rsidRPr="00630268" w:rsidRDefault="005220E9">
      <w:pPr>
        <w:rPr>
          <w:sz w:val="18"/>
          <w:szCs w:val="24"/>
          <w:lang w:val="pt-PT"/>
        </w:rPr>
      </w:pPr>
    </w:p>
    <w:sectPr w:rsidR="005220E9" w:rsidRPr="00630268" w:rsidSect="00636146">
      <w:headerReference w:type="default" r:id="rId8"/>
      <w:footerReference w:type="default" r:id="rId9"/>
      <w:pgSz w:w="16838" w:h="11906" w:orient="landscape"/>
      <w:pgMar w:top="709" w:right="765" w:bottom="680" w:left="765" w:header="720" w:footer="3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C68A9" w14:textId="77777777" w:rsidR="00B52837" w:rsidRDefault="00B52837">
      <w:pPr>
        <w:spacing w:after="0"/>
      </w:pPr>
      <w:r>
        <w:separator/>
      </w:r>
    </w:p>
  </w:endnote>
  <w:endnote w:type="continuationSeparator" w:id="0">
    <w:p w14:paraId="324810C9" w14:textId="77777777" w:rsidR="00B52837" w:rsidRDefault="00B528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15C7" w14:textId="77777777" w:rsidR="00330692" w:rsidRDefault="005220E9">
    <w:pPr>
      <w:pStyle w:val="Rodap"/>
      <w:jc w:val="center"/>
    </w:pPr>
    <w:r>
      <w:rPr>
        <w:color w:val="646464"/>
        <w:sz w:val="15"/>
      </w:rPr>
      <w:t>Modelo CE-EST | Comissão Eleitoral | comissaoeleitoral@sp.ipl.pt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BB567" w14:textId="77777777" w:rsidR="00B52837" w:rsidRDefault="00B52837">
      <w:pPr>
        <w:spacing w:after="0"/>
      </w:pPr>
      <w:r>
        <w:separator/>
      </w:r>
    </w:p>
  </w:footnote>
  <w:footnote w:type="continuationSeparator" w:id="0">
    <w:p w14:paraId="345B36C0" w14:textId="77777777" w:rsidR="00B52837" w:rsidRDefault="00B528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C083" w14:textId="5008C46A" w:rsidR="00330692" w:rsidRDefault="00636146" w:rsidP="00636146">
    <w:pPr>
      <w:pStyle w:val="Cabealho"/>
      <w:jc w:val="center"/>
    </w:pPr>
    <w:r>
      <w:rPr>
        <w:noProof/>
      </w:rPr>
      <w:drawing>
        <wp:inline distT="0" distB="0" distL="0" distR="0" wp14:anchorId="4C918516" wp14:editId="05AB8DFD">
          <wp:extent cx="3321623" cy="676176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6140" cy="685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63FA9C" w14:textId="77777777" w:rsidR="00636146" w:rsidRPr="00636146" w:rsidRDefault="00636146" w:rsidP="0063614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C1D"/>
    <w:rsid w:val="0015074B"/>
    <w:rsid w:val="0029639D"/>
    <w:rsid w:val="00326F90"/>
    <w:rsid w:val="00330692"/>
    <w:rsid w:val="005220E9"/>
    <w:rsid w:val="005E0B7E"/>
    <w:rsid w:val="00630268"/>
    <w:rsid w:val="00636146"/>
    <w:rsid w:val="00A756BC"/>
    <w:rsid w:val="00AA1D8D"/>
    <w:rsid w:val="00B47730"/>
    <w:rsid w:val="00B52837"/>
    <w:rsid w:val="00C111CF"/>
    <w:rsid w:val="00CB0664"/>
    <w:rsid w:val="00DB6F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F24F89"/>
  <w14:defaultImageDpi w14:val="300"/>
  <w15:docId w15:val="{950C60FA-4DEE-4944-A5CB-2F72E58B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7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226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candidatura - Estudantes</vt:lpstr>
      <vt:lpstr/>
    </vt:vector>
  </TitlesOfParts>
  <Manager/>
  <Company/>
  <LinksUpToDate>false</LinksUpToDate>
  <CharactersWithSpaces>1450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candidatura - Estudantes</dc:title>
  <dc:subject>Eleição da Assembleia Estatutária da UPL</dc:subject>
  <dc:creator>Maria Das Dores Gomes Delgado</dc:creator>
  <cp:keywords/>
  <dc:description>generated by python-docx</dc:description>
  <cp:lastModifiedBy>Maria das Dores Gomes Delgado</cp:lastModifiedBy>
  <cp:revision>7</cp:revision>
  <cp:lastPrinted>2026-10-23T08:58:00Z</cp:lastPrinted>
  <dcterms:created xsi:type="dcterms:W3CDTF">2026-10-22T14:48:00Z</dcterms:created>
  <dcterms:modified xsi:type="dcterms:W3CDTF">2026-10-30T08:56:00Z</dcterms:modified>
  <cp:category/>
</cp:coreProperties>
</file>