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FB415" w14:textId="77777777" w:rsidR="005B2A40" w:rsidRPr="002A15AB" w:rsidRDefault="005B2A40">
      <w:pPr>
        <w:jc w:val="center"/>
        <w:rPr>
          <w:b/>
          <w:color w:val="1F4E79"/>
          <w:sz w:val="16"/>
          <w:szCs w:val="12"/>
        </w:rPr>
      </w:pPr>
    </w:p>
    <w:p w14:paraId="49C5E1A1" w14:textId="79470AA1" w:rsidR="00923B2E" w:rsidRPr="00705499" w:rsidRDefault="00FC04A3">
      <w:pPr>
        <w:jc w:val="center"/>
        <w:rPr>
          <w:lang w:val="pt-PT"/>
        </w:rPr>
      </w:pPr>
      <w:r w:rsidRPr="00705499">
        <w:rPr>
          <w:b/>
          <w:color w:val="1F4E79"/>
          <w:sz w:val="28"/>
          <w:lang w:val="pt-PT"/>
        </w:rPr>
        <w:t>IDENTIFICAÇÃO E DECLARAÇÃO DE ACEITAÇÃO DO/A MANDATÁRIO/A</w:t>
      </w:r>
    </w:p>
    <w:p w14:paraId="476DC963" w14:textId="7EAD09BA" w:rsidR="00923B2E" w:rsidRPr="00705499" w:rsidRDefault="00FC04A3">
      <w:pPr>
        <w:jc w:val="center"/>
        <w:rPr>
          <w:i/>
          <w:color w:val="595959"/>
          <w:sz w:val="19"/>
          <w:lang w:val="pt-PT"/>
        </w:rPr>
      </w:pPr>
      <w:r w:rsidRPr="00705499">
        <w:rPr>
          <w:i/>
          <w:color w:val="595959"/>
          <w:sz w:val="19"/>
          <w:lang w:val="pt-PT"/>
        </w:rPr>
        <w:t>Eleição da Assembleia para a Elaboração dos Novos Estatutos da Universidade Politécnica de Lisboa</w:t>
      </w:r>
    </w:p>
    <w:p w14:paraId="4F5B14AA" w14:textId="77777777" w:rsidR="002A15AB" w:rsidRPr="00705499" w:rsidRDefault="002A15AB">
      <w:pPr>
        <w:jc w:val="center"/>
        <w:rPr>
          <w:lang w:val="pt-PT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843"/>
        <w:gridCol w:w="8363"/>
      </w:tblGrid>
      <w:tr w:rsidR="00923B2E" w:rsidRPr="00705499" w14:paraId="2748317B" w14:textId="77777777" w:rsidTr="005B2A40">
        <w:trPr>
          <w:jc w:val="center"/>
        </w:trPr>
        <w:tc>
          <w:tcPr>
            <w:tcW w:w="10206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9D3A405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color w:val="FFFFFF"/>
                <w:lang w:val="pt-PT"/>
              </w:rPr>
              <w:t>1. IDENTIFICAÇÃO DA LISTA</w:t>
            </w:r>
          </w:p>
        </w:tc>
      </w:tr>
      <w:tr w:rsidR="00923B2E" w:rsidRPr="00705499" w14:paraId="27ED5A39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9EF11C" w14:textId="77777777" w:rsidR="00923B2E" w:rsidRPr="00705499" w:rsidRDefault="00FC04A3">
            <w:pPr>
              <w:rPr>
                <w:szCs w:val="20"/>
                <w:lang w:val="pt-PT"/>
              </w:rPr>
            </w:pPr>
            <w:r w:rsidRPr="00705499">
              <w:rPr>
                <w:b/>
                <w:szCs w:val="20"/>
                <w:lang w:val="pt-PT"/>
              </w:rPr>
              <w:t>Designação da lista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48634" w14:textId="53A5ED0E" w:rsidR="00923B2E" w:rsidRPr="00705499" w:rsidRDefault="00923B2E">
            <w:pPr>
              <w:rPr>
                <w:szCs w:val="20"/>
                <w:lang w:val="pt-PT"/>
              </w:rPr>
            </w:pPr>
          </w:p>
        </w:tc>
      </w:tr>
      <w:tr w:rsidR="00923B2E" w:rsidRPr="00705499" w14:paraId="44624587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AB14AC" w14:textId="77777777" w:rsidR="00923B2E" w:rsidRPr="00705499" w:rsidRDefault="00FC04A3">
            <w:pPr>
              <w:rPr>
                <w:szCs w:val="20"/>
                <w:lang w:val="pt-PT"/>
              </w:rPr>
            </w:pPr>
            <w:r w:rsidRPr="00705499">
              <w:rPr>
                <w:b/>
                <w:szCs w:val="20"/>
                <w:lang w:val="pt-PT"/>
              </w:rPr>
              <w:t>Corpo eleitoral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4EDC3" w14:textId="77777777" w:rsidR="00923B2E" w:rsidRPr="00705499" w:rsidRDefault="00FC04A3">
            <w:pPr>
              <w:rPr>
                <w:szCs w:val="20"/>
                <w:lang w:val="pt-PT"/>
              </w:rPr>
            </w:pPr>
            <w:r w:rsidRPr="00705499">
              <w:rPr>
                <w:color w:val="505050"/>
                <w:szCs w:val="20"/>
                <w:lang w:val="pt-PT"/>
              </w:rPr>
              <w:t>☐ Docentes e investigadores   ☐ Estudantes   ☐ Pessoal técnico, especialista e de gestão</w:t>
            </w:r>
          </w:p>
        </w:tc>
      </w:tr>
      <w:tr w:rsidR="00923B2E" w:rsidRPr="00705499" w14:paraId="1ADF02C6" w14:textId="77777777" w:rsidTr="005B2A40">
        <w:trPr>
          <w:jc w:val="center"/>
        </w:trPr>
        <w:tc>
          <w:tcPr>
            <w:tcW w:w="10206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9123745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color w:val="FFFFFF"/>
                <w:lang w:val="pt-PT"/>
              </w:rPr>
              <w:t>2. IDENTIFICAÇÃO DO/A MANDATÁRIO/A</w:t>
            </w:r>
          </w:p>
        </w:tc>
      </w:tr>
      <w:tr w:rsidR="00923B2E" w:rsidRPr="00705499" w14:paraId="346657D0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7A1BF3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>Nome completo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8F380D" w14:textId="64702806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499926FF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3A199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>N.º mecanográfico / estudante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B5F06" w14:textId="3DBC5296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2A2946DD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446"/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79D8DC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>Qualidade / vínculo à UPL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8129B1" w14:textId="7CB90740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5F86E9F7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9064C7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>Unidade Orgânica / Serviço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76EDA1" w14:textId="61581C62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7C994C4F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A9693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>Correio eletrónico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FF6A2E" w14:textId="0C45B871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55A0B60F" w14:textId="77777777" w:rsidTr="005B2A40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345"/>
          <w:jc w:val="center"/>
        </w:trPr>
        <w:tc>
          <w:tcPr>
            <w:tcW w:w="184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117E98" w14:textId="0053EC4D" w:rsidR="00923B2E" w:rsidRPr="00705499" w:rsidRDefault="00FC04A3" w:rsidP="005B2A40">
            <w:pPr>
              <w:ind w:right="-115"/>
              <w:rPr>
                <w:lang w:val="pt-PT"/>
              </w:rPr>
            </w:pPr>
            <w:r w:rsidRPr="00705499">
              <w:rPr>
                <w:b/>
                <w:sz w:val="18"/>
                <w:lang w:val="pt-PT"/>
              </w:rPr>
              <w:t xml:space="preserve">Contacto </w:t>
            </w:r>
            <w:r w:rsidR="005B2A40" w:rsidRPr="00705499">
              <w:rPr>
                <w:b/>
                <w:sz w:val="18"/>
                <w:lang w:val="pt-PT"/>
              </w:rPr>
              <w:t>t</w:t>
            </w:r>
            <w:r w:rsidRPr="00705499">
              <w:rPr>
                <w:b/>
                <w:sz w:val="18"/>
                <w:lang w:val="pt-PT"/>
              </w:rPr>
              <w:t>elefónico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32457D" w14:textId="69C17C8C" w:rsidR="00923B2E" w:rsidRPr="00705499" w:rsidRDefault="00923B2E">
            <w:pPr>
              <w:rPr>
                <w:lang w:val="pt-PT"/>
              </w:rPr>
            </w:pPr>
          </w:p>
        </w:tc>
      </w:tr>
      <w:tr w:rsidR="00923B2E" w:rsidRPr="00705499" w14:paraId="597D9C0D" w14:textId="77777777" w:rsidTr="005B2A40">
        <w:trPr>
          <w:jc w:val="center"/>
        </w:trPr>
        <w:tc>
          <w:tcPr>
            <w:tcW w:w="10206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1753BA3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color w:val="FFFFFF"/>
                <w:lang w:val="pt-PT"/>
              </w:rPr>
              <w:t>3. DECLARAÇÃO DE ACEITAÇÃO</w:t>
            </w:r>
          </w:p>
        </w:tc>
      </w:tr>
    </w:tbl>
    <w:p w14:paraId="08A01FB8" w14:textId="77777777" w:rsidR="005B2A40" w:rsidRPr="00705499" w:rsidRDefault="005B2A40">
      <w:pPr>
        <w:jc w:val="both"/>
        <w:rPr>
          <w:lang w:val="pt-PT"/>
        </w:rPr>
      </w:pPr>
    </w:p>
    <w:p w14:paraId="42D895A2" w14:textId="2729C610" w:rsidR="00923B2E" w:rsidRPr="00705499" w:rsidRDefault="00FC04A3">
      <w:pPr>
        <w:jc w:val="both"/>
        <w:rPr>
          <w:lang w:val="pt-PT"/>
        </w:rPr>
      </w:pPr>
      <w:r w:rsidRPr="00705499">
        <w:rPr>
          <w:lang w:val="pt-PT"/>
        </w:rPr>
        <w:t>Declaro aceitar a função de mandatário/a da lista acima identificada, comprometendo-me a representá-la junto da Comissão Eleitoral e em cada mesa de voto, nos termos do Regulamento para a Eleição e Cooptação dos Membros da Assembleia para a Elaboração dos Novos Estatutos da Universidade Politécnica de Lisboa.</w:t>
      </w:r>
    </w:p>
    <w:p w14:paraId="09F14BCF" w14:textId="77777777" w:rsidR="00923B2E" w:rsidRPr="00705499" w:rsidRDefault="00FC04A3">
      <w:pPr>
        <w:jc w:val="both"/>
        <w:rPr>
          <w:lang w:val="pt-PT"/>
        </w:rPr>
      </w:pPr>
      <w:r w:rsidRPr="00705499">
        <w:rPr>
          <w:lang w:val="pt-PT"/>
        </w:rPr>
        <w:t>Declaro, igualmente, que os contactos indicados no presente documento podem ser utilizados pela Comissão Eleitoral para o envio de comunicações e notificações relativas à candidatura e ao processo eleitoral, comprometendo-me a comunicar qualquer alteração aos mesmos.</w:t>
      </w:r>
    </w:p>
    <w:tbl>
      <w:tblPr>
        <w:tblW w:w="9982" w:type="dxa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266"/>
        <w:gridCol w:w="10"/>
      </w:tblGrid>
      <w:tr w:rsidR="00923B2E" w:rsidRPr="00705499" w14:paraId="3157176F" w14:textId="77777777" w:rsidTr="005B2A40">
        <w:trPr>
          <w:jc w:val="center"/>
        </w:trPr>
        <w:tc>
          <w:tcPr>
            <w:tcW w:w="470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BCC056" w14:textId="77777777" w:rsidR="00923B2E" w:rsidRPr="00705499" w:rsidRDefault="00FC04A3">
            <w:pPr>
              <w:jc w:val="center"/>
              <w:rPr>
                <w:b/>
                <w:sz w:val="19"/>
                <w:lang w:val="pt-PT"/>
              </w:rPr>
            </w:pPr>
            <w:r w:rsidRPr="00705499">
              <w:rPr>
                <w:b/>
                <w:sz w:val="19"/>
                <w:lang w:val="pt-PT"/>
              </w:rPr>
              <w:t>Data</w:t>
            </w:r>
          </w:p>
          <w:p w14:paraId="08F60384" w14:textId="01ED8966" w:rsidR="005B2A40" w:rsidRPr="00705499" w:rsidRDefault="005B2A40">
            <w:pPr>
              <w:jc w:val="center"/>
              <w:rPr>
                <w:lang w:val="pt-PT"/>
              </w:rPr>
            </w:pPr>
          </w:p>
        </w:tc>
        <w:tc>
          <w:tcPr>
            <w:tcW w:w="527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F1A516" w14:textId="77777777" w:rsidR="00923B2E" w:rsidRPr="00705499" w:rsidRDefault="00FC04A3">
            <w:pPr>
              <w:jc w:val="center"/>
              <w:rPr>
                <w:lang w:val="pt-PT"/>
              </w:rPr>
            </w:pPr>
            <w:r w:rsidRPr="00705499">
              <w:rPr>
                <w:b/>
                <w:sz w:val="19"/>
                <w:lang w:val="pt-PT"/>
              </w:rPr>
              <w:t>Assinatura do/a mandatário/a</w:t>
            </w:r>
          </w:p>
        </w:tc>
      </w:tr>
      <w:tr w:rsidR="00923B2E" w:rsidRPr="00705499" w14:paraId="3EA89775" w14:textId="77777777" w:rsidTr="005B2A40">
        <w:trPr>
          <w:jc w:val="center"/>
        </w:trPr>
        <w:tc>
          <w:tcPr>
            <w:tcW w:w="470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2ABA03" w14:textId="77777777" w:rsidR="00923B2E" w:rsidRPr="00705499" w:rsidRDefault="00FC04A3">
            <w:pPr>
              <w:jc w:val="center"/>
              <w:rPr>
                <w:lang w:val="pt-PT"/>
              </w:rPr>
            </w:pPr>
            <w:r w:rsidRPr="00705499">
              <w:rPr>
                <w:sz w:val="19"/>
                <w:lang w:val="pt-PT"/>
              </w:rPr>
              <w:t>____ / ____ / 2026</w:t>
            </w:r>
          </w:p>
        </w:tc>
        <w:tc>
          <w:tcPr>
            <w:tcW w:w="527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2F0A3E" w14:textId="1AE038B2" w:rsidR="00923B2E" w:rsidRPr="00705499" w:rsidRDefault="005B2A40" w:rsidP="005B2A40">
            <w:pPr>
              <w:jc w:val="center"/>
              <w:rPr>
                <w:sz w:val="6"/>
                <w:szCs w:val="8"/>
                <w:lang w:val="pt-PT"/>
              </w:rPr>
            </w:pPr>
            <w:r w:rsidRPr="00705499">
              <w:rPr>
                <w:sz w:val="19"/>
                <w:lang w:val="pt-PT"/>
              </w:rPr>
              <w:t>________________________________________</w:t>
            </w:r>
          </w:p>
        </w:tc>
      </w:tr>
      <w:tr w:rsidR="00923B2E" w:rsidRPr="00705499" w14:paraId="2BF277EC" w14:textId="77777777" w:rsidTr="005B2A40">
        <w:trPr>
          <w:gridAfter w:val="1"/>
          <w:wAfter w:w="10" w:type="dxa"/>
          <w:jc w:val="center"/>
        </w:trPr>
        <w:tc>
          <w:tcPr>
            <w:tcW w:w="9972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300310" w14:textId="77777777" w:rsidR="00923B2E" w:rsidRPr="00705499" w:rsidRDefault="00FC04A3">
            <w:pPr>
              <w:rPr>
                <w:lang w:val="pt-PT"/>
              </w:rPr>
            </w:pPr>
            <w:r w:rsidRPr="00705499">
              <w:rPr>
                <w:b/>
                <w:color w:val="FFFFFF"/>
                <w:lang w:val="pt-PT"/>
              </w:rPr>
              <w:t>4. INFORMAÇÃO SOBRE O TRATAMENTO DE DADOS</w:t>
            </w:r>
          </w:p>
        </w:tc>
      </w:tr>
    </w:tbl>
    <w:p w14:paraId="0FEF5CFF" w14:textId="77777777" w:rsidR="00923B2E" w:rsidRPr="00705499" w:rsidRDefault="00FC04A3">
      <w:pPr>
        <w:jc w:val="both"/>
        <w:rPr>
          <w:lang w:val="pt-PT"/>
        </w:rPr>
      </w:pPr>
      <w:r w:rsidRPr="00705499">
        <w:rPr>
          <w:color w:val="595959"/>
          <w:sz w:val="17"/>
          <w:lang w:val="pt-PT"/>
        </w:rPr>
        <w:t>Os dados pessoais constantes deste formulário destinam-se exclusivamente à identificação do/a mandatário/a, à gestão da candidatura e às comunicações inerentes ao processo eleitoral. Não deve ser junta cópia de documento de identificação civil, salvo solicitação expressa e fundamentada da Comissão Eleitoral.</w:t>
      </w:r>
    </w:p>
    <w:p w14:paraId="6CCF6851" w14:textId="77777777" w:rsidR="00923B2E" w:rsidRPr="00705499" w:rsidRDefault="00FC04A3">
      <w:pPr>
        <w:spacing w:before="160"/>
        <w:rPr>
          <w:lang w:val="pt-PT"/>
        </w:rPr>
      </w:pPr>
      <w:r w:rsidRPr="00705499">
        <w:rPr>
          <w:b/>
          <w:sz w:val="17"/>
          <w:lang w:val="pt-PT"/>
        </w:rPr>
        <w:t xml:space="preserve">Nota: </w:t>
      </w:r>
      <w:r w:rsidRPr="00705499">
        <w:rPr>
          <w:sz w:val="17"/>
          <w:lang w:val="pt-PT"/>
        </w:rPr>
        <w:t>O presente documento deve acompanhar o formulário de candidatura da respetiva lista.</w:t>
      </w:r>
    </w:p>
    <w:sectPr w:rsidR="00923B2E" w:rsidRPr="00705499" w:rsidSect="00034616">
      <w:headerReference w:type="default" r:id="rId8"/>
      <w:footerReference w:type="default" r:id="rId9"/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D3217" w14:textId="77777777" w:rsidR="008553EE" w:rsidRDefault="008553EE">
      <w:pPr>
        <w:spacing w:after="0" w:line="240" w:lineRule="auto"/>
      </w:pPr>
      <w:r>
        <w:separator/>
      </w:r>
    </w:p>
  </w:endnote>
  <w:endnote w:type="continuationSeparator" w:id="0">
    <w:p w14:paraId="3D7BEFB4" w14:textId="77777777" w:rsidR="008553EE" w:rsidRDefault="0085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3DDB" w14:textId="77777777" w:rsidR="00923B2E" w:rsidRDefault="00FC04A3">
    <w:pPr>
      <w:pStyle w:val="Rodap"/>
      <w:jc w:val="center"/>
    </w:pPr>
    <w:r>
      <w:rPr>
        <w:color w:val="646464"/>
        <w:sz w:val="16"/>
      </w:rPr>
      <w:t>Modelo CE-MAND | Comissão Eleitoral | comissaoeleitoral@sp.ipl.pt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5DF6E" w14:textId="77777777" w:rsidR="008553EE" w:rsidRDefault="008553EE">
      <w:pPr>
        <w:spacing w:after="0" w:line="240" w:lineRule="auto"/>
      </w:pPr>
      <w:r>
        <w:separator/>
      </w:r>
    </w:p>
  </w:footnote>
  <w:footnote w:type="continuationSeparator" w:id="0">
    <w:p w14:paraId="04DD3233" w14:textId="77777777" w:rsidR="008553EE" w:rsidRDefault="0085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3794" w14:textId="77777777" w:rsidR="005B2A40" w:rsidRDefault="005B2A40">
    <w:pPr>
      <w:pStyle w:val="Cabealho"/>
      <w:jc w:val="center"/>
      <w:rPr>
        <w:b/>
        <w:color w:val="646464"/>
        <w:sz w:val="16"/>
      </w:rPr>
    </w:pPr>
    <w:r>
      <w:rPr>
        <w:noProof/>
      </w:rPr>
      <w:drawing>
        <wp:inline distT="0" distB="0" distL="0" distR="0" wp14:anchorId="6D989D93" wp14:editId="12E1F81B">
          <wp:extent cx="3321623" cy="676176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140" cy="685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2D117" w14:textId="4D2400FF" w:rsidR="00923B2E" w:rsidRDefault="00923B2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DE4"/>
    <w:rsid w:val="0015074B"/>
    <w:rsid w:val="0029639D"/>
    <w:rsid w:val="002A15AB"/>
    <w:rsid w:val="00326F90"/>
    <w:rsid w:val="005B2A40"/>
    <w:rsid w:val="00705499"/>
    <w:rsid w:val="008553EE"/>
    <w:rsid w:val="00923B2E"/>
    <w:rsid w:val="00AA1D8D"/>
    <w:rsid w:val="00B47730"/>
    <w:rsid w:val="00CB0664"/>
    <w:rsid w:val="00FC0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BBD3E"/>
  <w14:defaultImageDpi w14:val="300"/>
  <w15:docId w15:val="{A1172E6B-6D5C-4586-A055-7E32423E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Identificação e declaração de aceitação do mandatário</dc:title>
  <dc:subject>Eleição da Assembleia Estatutária da UPL</dc:subject>
  <dc:creator>Maria Das Dores Gomes Delgado</dc:creator>
  <cp:keywords/>
  <dc:description>generated by python-docx</dc:description>
  <cp:lastModifiedBy>Maria das Dores Gomes Delgado</cp:lastModifiedBy>
  <cp:revision>6</cp:revision>
  <dcterms:created xsi:type="dcterms:W3CDTF">2026-10-27T14:40:00Z</dcterms:created>
  <dcterms:modified xsi:type="dcterms:W3CDTF">2026-10-30T09:04:00Z</dcterms:modified>
  <cp:category/>
</cp:coreProperties>
</file>