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DAC52" w14:textId="77777777" w:rsidR="003D2E1F" w:rsidRPr="00D71519" w:rsidRDefault="001F0C5C" w:rsidP="00474F8B">
      <w:pPr>
        <w:spacing w:before="120"/>
        <w:jc w:val="center"/>
        <w:rPr>
          <w:lang w:val="pt-PT"/>
        </w:rPr>
      </w:pPr>
      <w:r w:rsidRPr="00D71519">
        <w:rPr>
          <w:b/>
          <w:color w:val="1F4E79"/>
          <w:sz w:val="26"/>
          <w:lang w:val="pt-PT"/>
        </w:rPr>
        <w:t>RECLAMAÇÃO AOS CADERNOS ELEITORAIS PROVISÓRIOS</w:t>
      </w:r>
    </w:p>
    <w:p w14:paraId="142888B4" w14:textId="6383822A" w:rsidR="003D2E1F" w:rsidRDefault="001F0C5C">
      <w:pPr>
        <w:jc w:val="center"/>
        <w:rPr>
          <w:i/>
          <w:color w:val="595959"/>
          <w:sz w:val="17"/>
          <w:lang w:val="pt-PT"/>
        </w:rPr>
      </w:pPr>
      <w:r w:rsidRPr="00D71519">
        <w:rPr>
          <w:i/>
          <w:color w:val="595959"/>
          <w:sz w:val="17"/>
          <w:lang w:val="pt-PT"/>
        </w:rPr>
        <w:t>Eleição da Assembleia para a Elaboração dos Novos Estatutos da Universidade Politécnica de Lisboa</w:t>
      </w:r>
    </w:p>
    <w:p w14:paraId="4725726E" w14:textId="77777777" w:rsidR="00F10BF2" w:rsidRPr="00D71519" w:rsidRDefault="00F10BF2">
      <w:pPr>
        <w:jc w:val="center"/>
        <w:rPr>
          <w:i/>
          <w:color w:val="595959"/>
          <w:sz w:val="17"/>
          <w:lang w:val="pt-PT"/>
        </w:rPr>
      </w:pPr>
    </w:p>
    <w:p w14:paraId="6F16C9FA" w14:textId="77777777" w:rsidR="00D71519" w:rsidRPr="00F10BF2" w:rsidRDefault="00D71519">
      <w:pPr>
        <w:jc w:val="center"/>
        <w:rPr>
          <w:sz w:val="8"/>
          <w:szCs w:val="12"/>
          <w:lang w:val="pt-PT"/>
        </w:rPr>
      </w:pPr>
    </w:p>
    <w:tbl>
      <w:tblPr>
        <w:tblW w:w="0" w:type="auto"/>
        <w:tblBorders>
          <w:top w:val="single" w:sz="5" w:space="0" w:color="9EADBA"/>
          <w:left w:val="single" w:sz="5" w:space="0" w:color="9EADBA"/>
          <w:bottom w:val="single" w:sz="5" w:space="0" w:color="9EADBA"/>
          <w:right w:val="single" w:sz="5" w:space="0" w:color="9EADBA"/>
          <w:insideH w:val="single" w:sz="5" w:space="0" w:color="9EADBA"/>
          <w:insideV w:val="single" w:sz="5" w:space="0" w:color="9EADBA"/>
        </w:tblBorders>
        <w:tblLook w:val="04A0" w:firstRow="1" w:lastRow="0" w:firstColumn="1" w:lastColumn="0" w:noHBand="0" w:noVBand="1"/>
      </w:tblPr>
      <w:tblGrid>
        <w:gridCol w:w="2718"/>
        <w:gridCol w:w="7640"/>
      </w:tblGrid>
      <w:tr w:rsidR="003D2E1F" w:rsidRPr="00D71519" w14:paraId="15882CBE" w14:textId="77777777" w:rsidTr="00D321F1">
        <w:tc>
          <w:tcPr>
            <w:tcW w:w="10358" w:type="dxa"/>
            <w:gridSpan w:val="2"/>
            <w:shd w:val="clear" w:color="auto" w:fill="EAF2F8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2111CBB" w14:textId="77777777" w:rsidR="003D2E1F" w:rsidRPr="00D71519" w:rsidRDefault="001F0C5C">
            <w:pPr>
              <w:jc w:val="center"/>
              <w:rPr>
                <w:lang w:val="pt-PT"/>
              </w:rPr>
            </w:pPr>
            <w:r w:rsidRPr="00D71519">
              <w:rPr>
                <w:b/>
                <w:lang w:val="pt-PT"/>
              </w:rPr>
              <w:t xml:space="preserve">Prazo: </w:t>
            </w:r>
            <w:r w:rsidRPr="00D71519">
              <w:rPr>
                <w:lang w:val="pt-PT"/>
              </w:rPr>
              <w:t xml:space="preserve">até 24 de outubro de </w:t>
            </w:r>
            <w:proofErr w:type="gramStart"/>
            <w:r w:rsidRPr="00D71519">
              <w:rPr>
                <w:lang w:val="pt-PT"/>
              </w:rPr>
              <w:t>2026  |</w:t>
            </w:r>
            <w:proofErr w:type="gramEnd"/>
            <w:r w:rsidRPr="00D71519">
              <w:rPr>
                <w:lang w:val="pt-PT"/>
              </w:rPr>
              <w:t xml:space="preserve">  </w:t>
            </w:r>
            <w:r w:rsidRPr="00D71519">
              <w:rPr>
                <w:b/>
                <w:lang w:val="pt-PT"/>
              </w:rPr>
              <w:t xml:space="preserve">Envio: </w:t>
            </w:r>
            <w:r w:rsidRPr="00D71519">
              <w:rPr>
                <w:lang w:val="pt-PT"/>
              </w:rPr>
              <w:t>comissaoeleitoral@sp.ipl.pt</w:t>
            </w:r>
          </w:p>
        </w:tc>
      </w:tr>
      <w:tr w:rsidR="003D2E1F" w:rsidRPr="00D71519" w14:paraId="5E19D919" w14:textId="77777777" w:rsidTr="00D32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58" w:type="dxa"/>
            <w:gridSpan w:val="2"/>
            <w:shd w:val="clear" w:color="auto" w:fill="1F4E79"/>
            <w:tcMar>
              <w:top w:w="40" w:type="dxa"/>
              <w:left w:w="75" w:type="dxa"/>
              <w:bottom w:w="40" w:type="dxa"/>
              <w:right w:w="75" w:type="dxa"/>
            </w:tcMar>
          </w:tcPr>
          <w:p w14:paraId="242943C6" w14:textId="77777777" w:rsidR="003D2E1F" w:rsidRPr="00D71519" w:rsidRDefault="001F0C5C">
            <w:pPr>
              <w:rPr>
                <w:lang w:val="pt-PT"/>
              </w:rPr>
            </w:pPr>
            <w:r w:rsidRPr="00D71519">
              <w:rPr>
                <w:b/>
                <w:color w:val="FFFFFF"/>
                <w:lang w:val="pt-PT"/>
              </w:rPr>
              <w:t>1. IDENTIFICAÇÃO DO/A RECLAMANTE</w:t>
            </w:r>
          </w:p>
        </w:tc>
      </w:tr>
      <w:tr w:rsidR="003D2E1F" w:rsidRPr="00D71519" w14:paraId="71EC1982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86"/>
          <w:jc w:val="center"/>
        </w:trPr>
        <w:tc>
          <w:tcPr>
            <w:tcW w:w="2718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AA6994" w14:textId="77777777" w:rsidR="003D2E1F" w:rsidRPr="00D71519" w:rsidRDefault="001F0C5C">
            <w:pPr>
              <w:rPr>
                <w:szCs w:val="24"/>
                <w:lang w:val="pt-PT"/>
              </w:rPr>
            </w:pPr>
            <w:r w:rsidRPr="00D71519">
              <w:rPr>
                <w:b/>
                <w:szCs w:val="24"/>
                <w:lang w:val="pt-PT"/>
              </w:rPr>
              <w:t>Nome completo</w:t>
            </w:r>
          </w:p>
        </w:tc>
        <w:tc>
          <w:tcPr>
            <w:tcW w:w="764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A10FE8" w14:textId="5CA29262" w:rsidR="003D2E1F" w:rsidRPr="00D71519" w:rsidRDefault="003D2E1F">
            <w:pPr>
              <w:rPr>
                <w:sz w:val="22"/>
                <w:lang w:val="pt-PT"/>
              </w:rPr>
            </w:pPr>
          </w:p>
        </w:tc>
      </w:tr>
      <w:tr w:rsidR="003D2E1F" w:rsidRPr="00D71519" w14:paraId="7F1F9FA7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2718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9B9574" w14:textId="377AEDA7" w:rsidR="003D2E1F" w:rsidRPr="00D71519" w:rsidRDefault="001F0C5C">
            <w:pPr>
              <w:rPr>
                <w:szCs w:val="24"/>
                <w:lang w:val="pt-PT"/>
              </w:rPr>
            </w:pPr>
            <w:r w:rsidRPr="00D71519">
              <w:rPr>
                <w:b/>
                <w:szCs w:val="24"/>
                <w:lang w:val="pt-PT"/>
              </w:rPr>
              <w:t xml:space="preserve">N.º </w:t>
            </w:r>
            <w:proofErr w:type="spellStart"/>
            <w:r w:rsidRPr="00D71519">
              <w:rPr>
                <w:b/>
                <w:szCs w:val="24"/>
                <w:lang w:val="pt-PT"/>
              </w:rPr>
              <w:t>mecanog</w:t>
            </w:r>
            <w:proofErr w:type="spellEnd"/>
            <w:r w:rsidR="00DA4A95" w:rsidRPr="00D71519">
              <w:rPr>
                <w:b/>
                <w:szCs w:val="24"/>
                <w:lang w:val="pt-PT"/>
              </w:rPr>
              <w:t>.</w:t>
            </w:r>
            <w:r w:rsidRPr="00D71519">
              <w:rPr>
                <w:b/>
                <w:szCs w:val="24"/>
                <w:lang w:val="pt-PT"/>
              </w:rPr>
              <w:t xml:space="preserve"> / estudante</w:t>
            </w:r>
          </w:p>
        </w:tc>
        <w:tc>
          <w:tcPr>
            <w:tcW w:w="764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C1351E" w14:textId="63D69503" w:rsidR="003D2E1F" w:rsidRPr="00D71519" w:rsidRDefault="003D2E1F">
            <w:pPr>
              <w:rPr>
                <w:sz w:val="22"/>
                <w:lang w:val="pt-PT"/>
              </w:rPr>
            </w:pPr>
          </w:p>
        </w:tc>
      </w:tr>
      <w:tr w:rsidR="003D2E1F" w:rsidRPr="00D71519" w14:paraId="193D8442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2718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3CCF1D" w14:textId="77777777" w:rsidR="003D2E1F" w:rsidRPr="00D71519" w:rsidRDefault="001F0C5C">
            <w:pPr>
              <w:rPr>
                <w:szCs w:val="24"/>
                <w:lang w:val="pt-PT"/>
              </w:rPr>
            </w:pPr>
            <w:r w:rsidRPr="00D71519">
              <w:rPr>
                <w:b/>
                <w:szCs w:val="24"/>
                <w:lang w:val="pt-PT"/>
              </w:rPr>
              <w:t>Unidade Orgânica / Serviço</w:t>
            </w:r>
          </w:p>
        </w:tc>
        <w:tc>
          <w:tcPr>
            <w:tcW w:w="764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E278B4" w14:textId="3A1F8502" w:rsidR="003D2E1F" w:rsidRPr="00D71519" w:rsidRDefault="003D2E1F">
            <w:pPr>
              <w:rPr>
                <w:sz w:val="22"/>
                <w:lang w:val="pt-PT"/>
              </w:rPr>
            </w:pPr>
          </w:p>
        </w:tc>
      </w:tr>
      <w:tr w:rsidR="003D2E1F" w:rsidRPr="00D71519" w14:paraId="43580F7A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2718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079CE9" w14:textId="77777777" w:rsidR="003D2E1F" w:rsidRPr="00D71519" w:rsidRDefault="001F0C5C">
            <w:pPr>
              <w:rPr>
                <w:szCs w:val="24"/>
                <w:lang w:val="pt-PT"/>
              </w:rPr>
            </w:pPr>
            <w:r w:rsidRPr="00D71519">
              <w:rPr>
                <w:b/>
                <w:szCs w:val="24"/>
                <w:lang w:val="pt-PT"/>
              </w:rPr>
              <w:t>Curso / categoria / função</w:t>
            </w:r>
          </w:p>
        </w:tc>
        <w:tc>
          <w:tcPr>
            <w:tcW w:w="764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1B74AF" w14:textId="663E6D4C" w:rsidR="003D2E1F" w:rsidRPr="00D71519" w:rsidRDefault="003D2E1F">
            <w:pPr>
              <w:rPr>
                <w:sz w:val="22"/>
                <w:lang w:val="pt-PT"/>
              </w:rPr>
            </w:pPr>
          </w:p>
        </w:tc>
      </w:tr>
      <w:tr w:rsidR="003D2E1F" w:rsidRPr="00D71519" w14:paraId="58AC2498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2718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56941D" w14:textId="77777777" w:rsidR="003D2E1F" w:rsidRPr="00D71519" w:rsidRDefault="001F0C5C">
            <w:pPr>
              <w:rPr>
                <w:szCs w:val="24"/>
                <w:lang w:val="pt-PT"/>
              </w:rPr>
            </w:pPr>
            <w:r w:rsidRPr="00D71519">
              <w:rPr>
                <w:b/>
                <w:szCs w:val="24"/>
                <w:lang w:val="pt-PT"/>
              </w:rPr>
              <w:t>Correio eletrónico / telefone</w:t>
            </w:r>
          </w:p>
        </w:tc>
        <w:tc>
          <w:tcPr>
            <w:tcW w:w="764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7CD961" w14:textId="03F3F912" w:rsidR="003D2E1F" w:rsidRPr="00D71519" w:rsidRDefault="003D2E1F">
            <w:pPr>
              <w:rPr>
                <w:sz w:val="22"/>
                <w:lang w:val="pt-PT"/>
              </w:rPr>
            </w:pPr>
          </w:p>
        </w:tc>
      </w:tr>
      <w:tr w:rsidR="00D321F1" w:rsidRPr="00D71519" w14:paraId="746BF81E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50"/>
          <w:jc w:val="center"/>
        </w:trPr>
        <w:tc>
          <w:tcPr>
            <w:tcW w:w="2718" w:type="dxa"/>
            <w:shd w:val="clear" w:color="auto" w:fill="auto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8E27D6" w14:textId="77777777" w:rsidR="00D321F1" w:rsidRPr="00D71519" w:rsidRDefault="00D321F1">
            <w:pPr>
              <w:rPr>
                <w:b/>
                <w:sz w:val="6"/>
                <w:szCs w:val="6"/>
                <w:lang w:val="pt-PT"/>
              </w:rPr>
            </w:pPr>
          </w:p>
        </w:tc>
        <w:tc>
          <w:tcPr>
            <w:tcW w:w="7640" w:type="dxa"/>
            <w:shd w:val="clear" w:color="auto" w:fill="auto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9AE5B9" w14:textId="77777777" w:rsidR="00D321F1" w:rsidRPr="00D71519" w:rsidRDefault="00D321F1">
            <w:pPr>
              <w:rPr>
                <w:sz w:val="6"/>
                <w:szCs w:val="6"/>
                <w:lang w:val="pt-PT"/>
              </w:rPr>
            </w:pPr>
          </w:p>
        </w:tc>
      </w:tr>
      <w:tr w:rsidR="003D2E1F" w:rsidRPr="00D71519" w14:paraId="55DBCD01" w14:textId="77777777" w:rsidTr="00D32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58" w:type="dxa"/>
            <w:gridSpan w:val="2"/>
            <w:shd w:val="clear" w:color="auto" w:fill="1F4E79"/>
            <w:tcMar>
              <w:top w:w="40" w:type="dxa"/>
              <w:left w:w="75" w:type="dxa"/>
              <w:bottom w:w="40" w:type="dxa"/>
              <w:right w:w="75" w:type="dxa"/>
            </w:tcMar>
          </w:tcPr>
          <w:p w14:paraId="5F04CA90" w14:textId="77777777" w:rsidR="003D2E1F" w:rsidRPr="00D71519" w:rsidRDefault="001F0C5C">
            <w:pPr>
              <w:rPr>
                <w:lang w:val="pt-PT"/>
              </w:rPr>
            </w:pPr>
            <w:r w:rsidRPr="00D71519">
              <w:rPr>
                <w:b/>
                <w:color w:val="FFFFFF"/>
                <w:lang w:val="pt-PT"/>
              </w:rPr>
              <w:t>2. CORPO ELEITORAL E TIPO DE RECLAMAÇÃO</w:t>
            </w:r>
          </w:p>
        </w:tc>
      </w:tr>
    </w:tbl>
    <w:p w14:paraId="6C547F45" w14:textId="2D630FF9" w:rsidR="003D2E1F" w:rsidRPr="00D71519" w:rsidRDefault="001F0C5C">
      <w:pPr>
        <w:ind w:left="85"/>
        <w:rPr>
          <w:rFonts w:cs="Arial"/>
          <w:sz w:val="20"/>
          <w:szCs w:val="24"/>
          <w:lang w:val="pt-PT"/>
        </w:rPr>
      </w:pP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Docentes e investigadores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="00DA4A95" w:rsidRPr="00D71519">
        <w:rPr>
          <w:rFonts w:cs="Arial"/>
          <w:sz w:val="20"/>
          <w:szCs w:val="24"/>
          <w:lang w:val="pt-PT"/>
        </w:rPr>
        <w:t xml:space="preserve">               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Estudantes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="00DA4A95" w:rsidRPr="00D71519">
        <w:rPr>
          <w:rFonts w:cs="Arial"/>
          <w:sz w:val="20"/>
          <w:szCs w:val="24"/>
          <w:lang w:val="pt-PT"/>
        </w:rPr>
        <w:t xml:space="preserve">           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Pessoal técnico, especialista e de gestão</w:t>
      </w:r>
    </w:p>
    <w:p w14:paraId="5781853A" w14:textId="77777777" w:rsidR="00D321F1" w:rsidRPr="00D71519" w:rsidRDefault="00D321F1">
      <w:pPr>
        <w:ind w:left="85"/>
        <w:rPr>
          <w:rFonts w:ascii="Segoe UI Symbol" w:hAnsi="Segoe UI Symbol" w:cs="Segoe UI Symbol"/>
          <w:sz w:val="6"/>
          <w:szCs w:val="12"/>
          <w:lang w:val="pt-PT"/>
        </w:rPr>
      </w:pPr>
    </w:p>
    <w:p w14:paraId="00A36717" w14:textId="44504C07" w:rsidR="003D2E1F" w:rsidRPr="00D71519" w:rsidRDefault="001F0C5C">
      <w:pPr>
        <w:ind w:left="85"/>
        <w:rPr>
          <w:rFonts w:cs="Arial"/>
          <w:szCs w:val="24"/>
          <w:lang w:val="pt-PT"/>
        </w:rPr>
      </w:pP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Omissão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Inclusão indevida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Erro nos dados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Corpo eleitoral incorreto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UO/Serviço incorreto</w:t>
      </w:r>
      <w:r w:rsidRPr="00D71519">
        <w:rPr>
          <w:rFonts w:cs="Arial"/>
          <w:sz w:val="20"/>
          <w:szCs w:val="24"/>
          <w:lang w:val="pt-PT"/>
        </w:rPr>
        <w:t xml:space="preserve">   </w:t>
      </w:r>
      <w:r w:rsidRPr="00D71519">
        <w:rPr>
          <w:rFonts w:ascii="Segoe UI Symbol" w:hAnsi="Segoe UI Symbol" w:cs="Segoe UI Symbol"/>
          <w:szCs w:val="24"/>
          <w:lang w:val="pt-PT"/>
        </w:rPr>
        <w:t>☐</w:t>
      </w:r>
      <w:r w:rsidRPr="00D71519">
        <w:rPr>
          <w:rFonts w:cs="Arial"/>
          <w:szCs w:val="24"/>
          <w:lang w:val="pt-PT"/>
        </w:rPr>
        <w:t xml:space="preserve"> Outra</w:t>
      </w:r>
    </w:p>
    <w:p w14:paraId="0069CC00" w14:textId="77777777" w:rsidR="00DA4A95" w:rsidRPr="00474F8B" w:rsidRDefault="00DA4A95">
      <w:pPr>
        <w:ind w:left="85"/>
        <w:rPr>
          <w:rFonts w:cs="Arial"/>
          <w:sz w:val="12"/>
          <w:szCs w:val="16"/>
          <w:lang w:val="pt-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70"/>
      </w:tblGrid>
      <w:tr w:rsidR="003D2E1F" w:rsidRPr="00D71519" w14:paraId="538879E9" w14:textId="77777777" w:rsidTr="00DA4A95">
        <w:tc>
          <w:tcPr>
            <w:tcW w:w="10435" w:type="dxa"/>
            <w:shd w:val="clear" w:color="auto" w:fill="1F4E79"/>
            <w:tcMar>
              <w:top w:w="40" w:type="dxa"/>
              <w:left w:w="75" w:type="dxa"/>
              <w:bottom w:w="40" w:type="dxa"/>
              <w:right w:w="75" w:type="dxa"/>
            </w:tcMar>
          </w:tcPr>
          <w:p w14:paraId="17B69BEC" w14:textId="625D5FF3" w:rsidR="003D2E1F" w:rsidRPr="00D71519" w:rsidRDefault="001F0C5C">
            <w:pPr>
              <w:rPr>
                <w:lang w:val="pt-PT"/>
              </w:rPr>
            </w:pPr>
            <w:r w:rsidRPr="00D71519">
              <w:rPr>
                <w:b/>
                <w:color w:val="FFFFFF"/>
                <w:lang w:val="pt-PT"/>
              </w:rPr>
              <w:t>3. OBJETO DA RECLAMAÇÃO</w:t>
            </w:r>
            <w:r w:rsidR="00DA4A95" w:rsidRPr="00D71519">
              <w:rPr>
                <w:b/>
                <w:color w:val="FFFFFF"/>
                <w:lang w:val="pt-PT"/>
              </w:rPr>
              <w:t xml:space="preserve">   e    FUNDAMENTAÇÃO E CORREÇÃO PRETENDIDA</w:t>
            </w:r>
          </w:p>
        </w:tc>
      </w:tr>
    </w:tbl>
    <w:p w14:paraId="099C58F1" w14:textId="7E9163BF" w:rsidR="003D2E1F" w:rsidRPr="00D71519" w:rsidRDefault="007943DE" w:rsidP="00474F8B">
      <w:pPr>
        <w:spacing w:before="120" w:after="120"/>
        <w:rPr>
          <w:b/>
          <w:bCs/>
          <w:sz w:val="20"/>
          <w:szCs w:val="24"/>
          <w:lang w:val="pt-PT"/>
        </w:rPr>
      </w:pPr>
      <w:r w:rsidRPr="00D71519">
        <w:rPr>
          <w:b/>
          <w:bCs/>
          <w:sz w:val="20"/>
          <w:szCs w:val="24"/>
          <w:lang w:val="pt-PT"/>
        </w:rPr>
        <w:t>I</w:t>
      </w:r>
      <w:r w:rsidR="001F0C5C" w:rsidRPr="00D71519">
        <w:rPr>
          <w:b/>
          <w:bCs/>
          <w:sz w:val="20"/>
          <w:szCs w:val="24"/>
          <w:lang w:val="pt-PT"/>
        </w:rPr>
        <w:t>ndique a correção pretendida</w:t>
      </w:r>
      <w:r w:rsidRPr="00D71519">
        <w:rPr>
          <w:b/>
          <w:bCs/>
          <w:sz w:val="20"/>
          <w:szCs w:val="24"/>
          <w:lang w:val="pt-PT"/>
        </w:rPr>
        <w:t>:</w:t>
      </w:r>
    </w:p>
    <w:p w14:paraId="75F8161A" w14:textId="2AAC83B5" w:rsidR="00DA4A95" w:rsidRPr="00D71519" w:rsidRDefault="00DA4A95">
      <w:pPr>
        <w:rPr>
          <w:rFonts w:cs="Arial"/>
          <w:szCs w:val="18"/>
          <w:lang w:val="pt-PT"/>
        </w:rPr>
      </w:pPr>
      <w:r w:rsidRPr="00D71519">
        <w:rPr>
          <w:rFonts w:ascii="Segoe UI Symbol" w:hAnsi="Segoe UI Symbol" w:cs="Segoe UI Symbol"/>
          <w:szCs w:val="18"/>
          <w:lang w:val="pt-PT"/>
        </w:rPr>
        <w:t>☐</w:t>
      </w:r>
      <w:r w:rsidRPr="00D71519">
        <w:rPr>
          <w:rFonts w:cs="Arial"/>
          <w:szCs w:val="18"/>
          <w:lang w:val="pt-PT"/>
        </w:rPr>
        <w:t xml:space="preserve"> Inclusão   </w:t>
      </w:r>
      <w:r w:rsidRPr="00D71519">
        <w:rPr>
          <w:rFonts w:ascii="Segoe UI Symbol" w:hAnsi="Segoe UI Symbol" w:cs="Segoe UI Symbol"/>
          <w:szCs w:val="18"/>
          <w:lang w:val="pt-PT"/>
        </w:rPr>
        <w:t>☐</w:t>
      </w:r>
      <w:r w:rsidRPr="00D71519">
        <w:rPr>
          <w:rFonts w:cs="Arial"/>
          <w:szCs w:val="18"/>
          <w:lang w:val="pt-PT"/>
        </w:rPr>
        <w:t xml:space="preserve"> Exclusão   </w:t>
      </w:r>
      <w:r w:rsidRPr="00D71519">
        <w:rPr>
          <w:rFonts w:ascii="Segoe UI Symbol" w:hAnsi="Segoe UI Symbol" w:cs="Segoe UI Symbol"/>
          <w:szCs w:val="18"/>
          <w:lang w:val="pt-PT"/>
        </w:rPr>
        <w:t>☐</w:t>
      </w:r>
      <w:r w:rsidRPr="00D71519">
        <w:rPr>
          <w:rFonts w:cs="Arial"/>
          <w:szCs w:val="18"/>
          <w:lang w:val="pt-PT"/>
        </w:rPr>
        <w:t xml:space="preserve"> Correção de dados   </w:t>
      </w:r>
      <w:r w:rsidRPr="00D71519">
        <w:rPr>
          <w:rFonts w:ascii="Segoe UI Symbol" w:hAnsi="Segoe UI Symbol" w:cs="Segoe UI Symbol"/>
          <w:szCs w:val="18"/>
          <w:lang w:val="pt-PT"/>
        </w:rPr>
        <w:t>☐</w:t>
      </w:r>
      <w:r w:rsidRPr="00D71519">
        <w:rPr>
          <w:rFonts w:cs="Arial"/>
          <w:szCs w:val="18"/>
          <w:lang w:val="pt-PT"/>
        </w:rPr>
        <w:t xml:space="preserve"> Alteração do corpo eleitoral   </w:t>
      </w:r>
      <w:r w:rsidRPr="00D71519">
        <w:rPr>
          <w:rFonts w:ascii="Segoe UI Symbol" w:hAnsi="Segoe UI Symbol" w:cs="Segoe UI Symbol"/>
          <w:szCs w:val="18"/>
          <w:lang w:val="pt-PT"/>
        </w:rPr>
        <w:t>☐</w:t>
      </w:r>
      <w:r w:rsidRPr="00D71519">
        <w:rPr>
          <w:rFonts w:cs="Arial"/>
          <w:szCs w:val="18"/>
          <w:lang w:val="pt-PT"/>
        </w:rPr>
        <w:t xml:space="preserve"> Alteração da UO/Serviço   </w:t>
      </w:r>
      <w:r w:rsidRPr="00D71519">
        <w:rPr>
          <w:rFonts w:ascii="Segoe UI Symbol" w:hAnsi="Segoe UI Symbol" w:cs="Segoe UI Symbol"/>
          <w:szCs w:val="18"/>
          <w:lang w:val="pt-PT"/>
        </w:rPr>
        <w:t>☐</w:t>
      </w:r>
      <w:r w:rsidRPr="00D71519">
        <w:rPr>
          <w:rFonts w:cs="Arial"/>
          <w:szCs w:val="18"/>
          <w:lang w:val="pt-PT"/>
        </w:rPr>
        <w:t xml:space="preserve"> Outra</w:t>
      </w:r>
    </w:p>
    <w:p w14:paraId="37459131" w14:textId="77777777" w:rsidR="007943DE" w:rsidRPr="00D71519" w:rsidRDefault="007943DE">
      <w:pPr>
        <w:rPr>
          <w:rFonts w:cs="Arial"/>
          <w:szCs w:val="18"/>
          <w:lang w:val="pt-PT"/>
        </w:rPr>
      </w:pPr>
    </w:p>
    <w:p w14:paraId="489CE9D9" w14:textId="2B2A5032" w:rsidR="00DA4A95" w:rsidRPr="00474F8B" w:rsidRDefault="00DA4A95">
      <w:pPr>
        <w:rPr>
          <w:rFonts w:cs="Arial"/>
          <w:b/>
          <w:bCs/>
          <w:szCs w:val="18"/>
          <w:lang w:val="pt-PT"/>
        </w:rPr>
      </w:pPr>
      <w:r w:rsidRPr="00474F8B">
        <w:rPr>
          <w:b/>
          <w:bCs/>
          <w:sz w:val="20"/>
          <w:szCs w:val="24"/>
          <w:lang w:val="pt-PT"/>
        </w:rPr>
        <w:t>Descreva sucintamente o erro ou a omissão</w:t>
      </w:r>
    </w:p>
    <w:tbl>
      <w:tblPr>
        <w:tblW w:w="0" w:type="auto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ook w:val="04A0" w:firstRow="1" w:lastRow="0" w:firstColumn="1" w:lastColumn="0" w:noHBand="0" w:noVBand="1"/>
      </w:tblPr>
      <w:tblGrid>
        <w:gridCol w:w="10358"/>
      </w:tblGrid>
      <w:tr w:rsidR="003D2E1F" w:rsidRPr="00D71519" w14:paraId="5EB65E9D" w14:textId="77777777">
        <w:trPr>
          <w:trHeight w:val="295"/>
        </w:trPr>
        <w:tc>
          <w:tcPr>
            <w:tcW w:w="10370" w:type="dxa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6C9D60B2" w14:textId="77777777" w:rsidR="003D2E1F" w:rsidRPr="00D71519" w:rsidRDefault="001F0C5C">
            <w:pPr>
              <w:rPr>
                <w:lang w:val="pt-PT"/>
              </w:rPr>
            </w:pPr>
            <w:r w:rsidRPr="00D71519">
              <w:rPr>
                <w:lang w:val="pt-PT"/>
              </w:rPr>
              <w:t xml:space="preserve"> </w:t>
            </w:r>
          </w:p>
          <w:p w14:paraId="70D571BE" w14:textId="77777777" w:rsidR="00DA4A95" w:rsidRPr="00D71519" w:rsidRDefault="00DA4A95">
            <w:pPr>
              <w:rPr>
                <w:lang w:val="pt-PT"/>
              </w:rPr>
            </w:pPr>
          </w:p>
          <w:p w14:paraId="12CD9E5C" w14:textId="77777777" w:rsidR="00DA4A95" w:rsidRPr="00D71519" w:rsidRDefault="00DA4A95">
            <w:pPr>
              <w:rPr>
                <w:lang w:val="pt-PT"/>
              </w:rPr>
            </w:pPr>
          </w:p>
          <w:p w14:paraId="56A93394" w14:textId="77777777" w:rsidR="00DA4A95" w:rsidRPr="00D71519" w:rsidRDefault="00DA4A95">
            <w:pPr>
              <w:rPr>
                <w:lang w:val="pt-PT"/>
              </w:rPr>
            </w:pPr>
          </w:p>
          <w:p w14:paraId="2C5C2280" w14:textId="77777777" w:rsidR="00DA4A95" w:rsidRPr="00D71519" w:rsidRDefault="00DA4A95">
            <w:pPr>
              <w:rPr>
                <w:lang w:val="pt-PT"/>
              </w:rPr>
            </w:pPr>
          </w:p>
          <w:p w14:paraId="4E0CDE3B" w14:textId="342C8E4E" w:rsidR="00DA4A95" w:rsidRPr="00D71519" w:rsidRDefault="00DA4A95">
            <w:pPr>
              <w:rPr>
                <w:lang w:val="pt-PT"/>
              </w:rPr>
            </w:pPr>
          </w:p>
        </w:tc>
      </w:tr>
    </w:tbl>
    <w:p w14:paraId="359EC886" w14:textId="137F9A5D" w:rsidR="003D2E1F" w:rsidRPr="00D71519" w:rsidRDefault="003D2E1F">
      <w:pPr>
        <w:ind w:left="85"/>
        <w:rPr>
          <w:lang w:val="pt-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70"/>
      </w:tblGrid>
      <w:tr w:rsidR="003D2E1F" w:rsidRPr="00D71519" w14:paraId="60A22D52" w14:textId="77777777" w:rsidTr="00D321F1">
        <w:trPr>
          <w:trHeight w:val="415"/>
        </w:trPr>
        <w:tc>
          <w:tcPr>
            <w:tcW w:w="10370" w:type="dxa"/>
            <w:shd w:val="clear" w:color="auto" w:fill="1F4E79"/>
            <w:tcMar>
              <w:top w:w="40" w:type="dxa"/>
              <w:left w:w="75" w:type="dxa"/>
              <w:bottom w:w="40" w:type="dxa"/>
              <w:right w:w="75" w:type="dxa"/>
            </w:tcMar>
          </w:tcPr>
          <w:p w14:paraId="277F7B19" w14:textId="44E70146" w:rsidR="003D2E1F" w:rsidRPr="00D71519" w:rsidRDefault="007943DE">
            <w:pPr>
              <w:rPr>
                <w:lang w:val="pt-PT"/>
              </w:rPr>
            </w:pPr>
            <w:r w:rsidRPr="00D71519">
              <w:rPr>
                <w:b/>
                <w:color w:val="FFFFFF"/>
                <w:lang w:val="pt-PT"/>
              </w:rPr>
              <w:t>4</w:t>
            </w:r>
            <w:r w:rsidR="001F0C5C" w:rsidRPr="00D71519">
              <w:rPr>
                <w:b/>
                <w:color w:val="FFFFFF"/>
                <w:lang w:val="pt-PT"/>
              </w:rPr>
              <w:t>. DOCUMENTOS ANEXOS</w:t>
            </w:r>
          </w:p>
        </w:tc>
      </w:tr>
    </w:tbl>
    <w:p w14:paraId="48B18851" w14:textId="77777777" w:rsidR="003D2E1F" w:rsidRPr="00D71519" w:rsidRDefault="001F0C5C">
      <w:pPr>
        <w:rPr>
          <w:lang w:val="pt-PT"/>
        </w:rPr>
      </w:pPr>
      <w:r w:rsidRPr="00D71519">
        <w:rPr>
          <w:lang w:val="pt-PT"/>
        </w:rPr>
        <w:t>Documentos apresentados, quando aplicável:</w:t>
      </w:r>
    </w:p>
    <w:tbl>
      <w:tblPr>
        <w:tblW w:w="0" w:type="auto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ook w:val="04A0" w:firstRow="1" w:lastRow="0" w:firstColumn="1" w:lastColumn="0" w:noHBand="0" w:noVBand="1"/>
      </w:tblPr>
      <w:tblGrid>
        <w:gridCol w:w="10338"/>
        <w:gridCol w:w="20"/>
      </w:tblGrid>
      <w:tr w:rsidR="003D2E1F" w:rsidRPr="00D71519" w14:paraId="4639CB3A" w14:textId="77777777" w:rsidTr="00474F8B">
        <w:trPr>
          <w:trHeight w:val="295"/>
        </w:trPr>
        <w:tc>
          <w:tcPr>
            <w:tcW w:w="10358" w:type="dxa"/>
            <w:gridSpan w:val="2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5DC769FC" w14:textId="65A44C02" w:rsidR="003D2E1F" w:rsidRPr="00D71519" w:rsidRDefault="001F0C5C">
            <w:pPr>
              <w:rPr>
                <w:lang w:val="pt-PT"/>
              </w:rPr>
            </w:pPr>
            <w:r w:rsidRPr="00D71519">
              <w:rPr>
                <w:lang w:val="pt-PT"/>
              </w:rPr>
              <w:t xml:space="preserve"> </w:t>
            </w:r>
            <w:r w:rsidR="00DA4A95" w:rsidRPr="00D71519">
              <w:rPr>
                <w:lang w:val="pt-PT"/>
              </w:rPr>
              <w:t>-</w:t>
            </w:r>
          </w:p>
        </w:tc>
      </w:tr>
      <w:tr w:rsidR="007943DE" w:rsidRPr="00D71519" w14:paraId="546F828A" w14:textId="77777777" w:rsidTr="00474F8B">
        <w:trPr>
          <w:trHeight w:val="295"/>
        </w:trPr>
        <w:tc>
          <w:tcPr>
            <w:tcW w:w="10358" w:type="dxa"/>
            <w:gridSpan w:val="2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6AFBAED8" w14:textId="54EFBB87" w:rsidR="007943DE" w:rsidRPr="00D71519" w:rsidRDefault="007943DE">
            <w:pPr>
              <w:rPr>
                <w:lang w:val="pt-PT"/>
              </w:rPr>
            </w:pPr>
            <w:r w:rsidRPr="00D71519">
              <w:rPr>
                <w:lang w:val="pt-PT"/>
              </w:rPr>
              <w:t>-</w:t>
            </w:r>
          </w:p>
        </w:tc>
      </w:tr>
      <w:tr w:rsidR="003D2E1F" w:rsidRPr="00D71519" w14:paraId="06B51C11" w14:textId="77777777" w:rsidTr="00474F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" w:type="dxa"/>
          <w:trHeight w:val="325"/>
        </w:trPr>
        <w:tc>
          <w:tcPr>
            <w:tcW w:w="10338" w:type="dxa"/>
            <w:shd w:val="clear" w:color="auto" w:fill="1F4E79"/>
            <w:tcMar>
              <w:top w:w="40" w:type="dxa"/>
              <w:left w:w="75" w:type="dxa"/>
              <w:bottom w:w="40" w:type="dxa"/>
              <w:right w:w="75" w:type="dxa"/>
            </w:tcMar>
          </w:tcPr>
          <w:p w14:paraId="35F15776" w14:textId="4B458782" w:rsidR="003D2E1F" w:rsidRPr="00D71519" w:rsidRDefault="007943DE">
            <w:pPr>
              <w:rPr>
                <w:lang w:val="pt-PT"/>
              </w:rPr>
            </w:pPr>
            <w:r w:rsidRPr="00D71519">
              <w:rPr>
                <w:b/>
                <w:color w:val="FFFFFF"/>
                <w:lang w:val="pt-PT"/>
              </w:rPr>
              <w:t>5</w:t>
            </w:r>
            <w:r w:rsidR="001F0C5C" w:rsidRPr="00D71519">
              <w:rPr>
                <w:b/>
                <w:color w:val="FFFFFF"/>
                <w:lang w:val="pt-PT"/>
              </w:rPr>
              <w:t>. DECLARAÇÃO</w:t>
            </w:r>
          </w:p>
        </w:tc>
      </w:tr>
    </w:tbl>
    <w:p w14:paraId="3A00BEAC" w14:textId="77777777" w:rsidR="00D321F1" w:rsidRPr="00D71519" w:rsidRDefault="001F0C5C">
      <w:pPr>
        <w:jc w:val="both"/>
        <w:rPr>
          <w:sz w:val="20"/>
          <w:szCs w:val="24"/>
          <w:lang w:val="pt-PT"/>
        </w:rPr>
      </w:pPr>
      <w:r w:rsidRPr="00D71519">
        <w:rPr>
          <w:sz w:val="20"/>
          <w:szCs w:val="24"/>
          <w:lang w:val="pt-PT"/>
        </w:rPr>
        <w:t xml:space="preserve">Declaro que as informações prestadas correspondem à verdade e solicito a apreciação da presente reclamação. </w:t>
      </w:r>
    </w:p>
    <w:p w14:paraId="6D02759D" w14:textId="5E3BDFAC" w:rsidR="003D2E1F" w:rsidRPr="00D71519" w:rsidRDefault="001F0C5C">
      <w:pPr>
        <w:jc w:val="both"/>
        <w:rPr>
          <w:sz w:val="20"/>
          <w:szCs w:val="24"/>
          <w:lang w:val="pt-PT"/>
        </w:rPr>
      </w:pPr>
      <w:r w:rsidRPr="00D71519">
        <w:rPr>
          <w:sz w:val="20"/>
          <w:szCs w:val="24"/>
          <w:lang w:val="pt-PT"/>
        </w:rPr>
        <w:t>Os dados pessoais destinam-se exclusivamente à instrução e decisão da reclamação no âmbito do processo eleitoral.</w:t>
      </w:r>
    </w:p>
    <w:p w14:paraId="3EFE9C07" w14:textId="77777777" w:rsidR="007943DE" w:rsidRPr="00D71519" w:rsidRDefault="007943DE">
      <w:pPr>
        <w:jc w:val="both"/>
        <w:rPr>
          <w:sz w:val="20"/>
          <w:szCs w:val="24"/>
          <w:lang w:val="pt-P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D2E1F" w:rsidRPr="00D71519" w14:paraId="20A158B4" w14:textId="77777777">
        <w:tc>
          <w:tcPr>
            <w:tcW w:w="4819" w:type="dxa"/>
          </w:tcPr>
          <w:p w14:paraId="12670625" w14:textId="77777777" w:rsidR="003D2E1F" w:rsidRPr="00D71519" w:rsidRDefault="001F0C5C">
            <w:pPr>
              <w:jc w:val="center"/>
              <w:rPr>
                <w:lang w:val="pt-PT"/>
              </w:rPr>
            </w:pPr>
            <w:r w:rsidRPr="00D71519">
              <w:rPr>
                <w:b/>
                <w:lang w:val="pt-PT"/>
              </w:rPr>
              <w:t>Data</w:t>
            </w:r>
          </w:p>
        </w:tc>
        <w:tc>
          <w:tcPr>
            <w:tcW w:w="4819" w:type="dxa"/>
          </w:tcPr>
          <w:p w14:paraId="0A16C2F4" w14:textId="77777777" w:rsidR="003D2E1F" w:rsidRPr="00D71519" w:rsidRDefault="001F0C5C">
            <w:pPr>
              <w:jc w:val="center"/>
              <w:rPr>
                <w:b/>
                <w:lang w:val="pt-PT"/>
              </w:rPr>
            </w:pPr>
            <w:r w:rsidRPr="00D71519">
              <w:rPr>
                <w:b/>
                <w:lang w:val="pt-PT"/>
              </w:rPr>
              <w:t>Assinatura do/a reclamante</w:t>
            </w:r>
          </w:p>
          <w:p w14:paraId="44216B52" w14:textId="77777777" w:rsidR="00DA4A95" w:rsidRPr="00D71519" w:rsidRDefault="00DA4A95">
            <w:pPr>
              <w:jc w:val="center"/>
              <w:rPr>
                <w:b/>
                <w:lang w:val="pt-PT"/>
              </w:rPr>
            </w:pPr>
          </w:p>
          <w:p w14:paraId="15636188" w14:textId="2641C4A3" w:rsidR="00DA4A95" w:rsidRPr="00D71519" w:rsidRDefault="00DA4A95">
            <w:pPr>
              <w:jc w:val="center"/>
              <w:rPr>
                <w:lang w:val="pt-PT"/>
              </w:rPr>
            </w:pPr>
          </w:p>
        </w:tc>
      </w:tr>
      <w:tr w:rsidR="003D2E1F" w:rsidRPr="00D71519" w14:paraId="42B2E777" w14:textId="77777777">
        <w:tc>
          <w:tcPr>
            <w:tcW w:w="4819" w:type="dxa"/>
          </w:tcPr>
          <w:p w14:paraId="68D4B101" w14:textId="77777777" w:rsidR="003D2E1F" w:rsidRPr="00D71519" w:rsidRDefault="001F0C5C">
            <w:pPr>
              <w:jc w:val="center"/>
              <w:rPr>
                <w:lang w:val="pt-PT"/>
              </w:rPr>
            </w:pPr>
            <w:r w:rsidRPr="00D71519">
              <w:rPr>
                <w:lang w:val="pt-PT"/>
              </w:rPr>
              <w:t>____ / ____ / 2026</w:t>
            </w:r>
          </w:p>
        </w:tc>
        <w:tc>
          <w:tcPr>
            <w:tcW w:w="4819" w:type="dxa"/>
          </w:tcPr>
          <w:p w14:paraId="4297555F" w14:textId="77777777" w:rsidR="003D2E1F" w:rsidRPr="00D71519" w:rsidRDefault="001F0C5C">
            <w:pPr>
              <w:jc w:val="center"/>
              <w:rPr>
                <w:lang w:val="pt-PT"/>
              </w:rPr>
            </w:pPr>
            <w:r w:rsidRPr="00D71519">
              <w:rPr>
                <w:lang w:val="pt-PT"/>
              </w:rPr>
              <w:t>________________________________________</w:t>
            </w:r>
          </w:p>
        </w:tc>
      </w:tr>
    </w:tbl>
    <w:p w14:paraId="6466A4C8" w14:textId="5772353C" w:rsidR="003D2E1F" w:rsidRDefault="003D2E1F">
      <w:pPr>
        <w:rPr>
          <w:lang w:val="pt-PT"/>
        </w:rPr>
      </w:pPr>
    </w:p>
    <w:p w14:paraId="53712513" w14:textId="36A8216B" w:rsidR="00474F8B" w:rsidRDefault="00474F8B">
      <w:pPr>
        <w:rPr>
          <w:lang w:val="pt-PT"/>
        </w:rPr>
      </w:pPr>
    </w:p>
    <w:p w14:paraId="6B16E5B4" w14:textId="77777777" w:rsidR="00474F8B" w:rsidRPr="00D71519" w:rsidRDefault="00474F8B">
      <w:pPr>
        <w:rPr>
          <w:lang w:val="pt-PT"/>
        </w:rPr>
      </w:pPr>
    </w:p>
    <w:p w14:paraId="2310F563" w14:textId="77777777" w:rsidR="00DA4A95" w:rsidRPr="00D71519" w:rsidRDefault="00DA4A95">
      <w:pPr>
        <w:rPr>
          <w:lang w:val="pt-P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00"/>
        <w:gridCol w:w="7552"/>
        <w:gridCol w:w="118"/>
      </w:tblGrid>
      <w:tr w:rsidR="003D2E1F" w:rsidRPr="00D71519" w14:paraId="50E5F55F" w14:textId="77777777" w:rsidTr="00D321F1">
        <w:trPr>
          <w:gridAfter w:val="1"/>
          <w:wAfter w:w="120" w:type="dxa"/>
          <w:trHeight w:val="413"/>
        </w:trPr>
        <w:tc>
          <w:tcPr>
            <w:tcW w:w="10370" w:type="dxa"/>
            <w:gridSpan w:val="2"/>
            <w:shd w:val="clear" w:color="auto" w:fill="1F4E79"/>
            <w:tcMar>
              <w:top w:w="40" w:type="dxa"/>
              <w:left w:w="75" w:type="dxa"/>
              <w:bottom w:w="40" w:type="dxa"/>
              <w:right w:w="75" w:type="dxa"/>
            </w:tcMar>
          </w:tcPr>
          <w:p w14:paraId="50CC83B7" w14:textId="41EDC6AC" w:rsidR="003D2E1F" w:rsidRPr="00D71519" w:rsidRDefault="00B64EDF">
            <w:pPr>
              <w:rPr>
                <w:lang w:val="pt-PT"/>
              </w:rPr>
            </w:pPr>
            <w:r w:rsidRPr="00D71519">
              <w:rPr>
                <w:b/>
                <w:color w:val="FFFFFF"/>
                <w:lang w:val="pt-PT"/>
              </w:rPr>
              <w:t>6</w:t>
            </w:r>
            <w:r w:rsidR="001F0C5C" w:rsidRPr="00D71519">
              <w:rPr>
                <w:b/>
                <w:color w:val="FFFFFF"/>
                <w:lang w:val="pt-PT"/>
              </w:rPr>
              <w:t>. A PREENCHER PELA COMISSÃO ELEITORAL</w:t>
            </w:r>
          </w:p>
        </w:tc>
      </w:tr>
      <w:tr w:rsidR="003D2E1F" w:rsidRPr="00D71519" w14:paraId="64D92F4A" w14:textId="77777777" w:rsidTr="007943DE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jc w:val="center"/>
        </w:trPr>
        <w:tc>
          <w:tcPr>
            <w:tcW w:w="272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031AF3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N.º de entrada</w:t>
            </w:r>
          </w:p>
        </w:tc>
        <w:tc>
          <w:tcPr>
            <w:tcW w:w="7769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2DA32A" w14:textId="50123799" w:rsidR="003D2E1F" w:rsidRPr="00D71519" w:rsidRDefault="003D2E1F">
            <w:pPr>
              <w:rPr>
                <w:rFonts w:cs="Arial"/>
                <w:sz w:val="24"/>
                <w:szCs w:val="24"/>
                <w:lang w:val="pt-PT"/>
              </w:rPr>
            </w:pPr>
          </w:p>
        </w:tc>
      </w:tr>
      <w:tr w:rsidR="003D2E1F" w:rsidRPr="00D71519" w14:paraId="7EB736E8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68"/>
          <w:jc w:val="center"/>
        </w:trPr>
        <w:tc>
          <w:tcPr>
            <w:tcW w:w="272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F80A16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Receção</w:t>
            </w:r>
          </w:p>
        </w:tc>
        <w:tc>
          <w:tcPr>
            <w:tcW w:w="7769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A7F6E4" w14:textId="36D812D2" w:rsidR="003D2E1F" w:rsidRPr="00D71519" w:rsidRDefault="001F0C5C">
            <w:pPr>
              <w:rPr>
                <w:rFonts w:cs="Arial"/>
                <w:sz w:val="24"/>
                <w:szCs w:val="24"/>
                <w:lang w:val="pt-PT"/>
              </w:rPr>
            </w:pPr>
            <w:r w:rsidRPr="00D71519">
              <w:rPr>
                <w:rFonts w:cs="Arial"/>
                <w:color w:val="505050"/>
                <w:szCs w:val="18"/>
                <w:lang w:val="pt-PT"/>
              </w:rPr>
              <w:t>____ / ____ / 2026, às ___</w:t>
            </w:r>
            <w:proofErr w:type="gramStart"/>
            <w:r w:rsidRPr="00D71519">
              <w:rPr>
                <w:rFonts w:cs="Arial"/>
                <w:color w:val="505050"/>
                <w:szCs w:val="18"/>
                <w:lang w:val="pt-PT"/>
              </w:rPr>
              <w:t>_ :</w:t>
            </w:r>
            <w:proofErr w:type="gramEnd"/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____</w:t>
            </w:r>
            <w:r w:rsidR="00D321F1" w:rsidRPr="00D71519">
              <w:rPr>
                <w:rFonts w:cs="Arial"/>
                <w:color w:val="505050"/>
                <w:szCs w:val="18"/>
                <w:lang w:val="pt-PT"/>
              </w:rPr>
              <w:t xml:space="preserve">          </w:t>
            </w:r>
            <w:r w:rsidR="00D321F1" w:rsidRPr="00D71519">
              <w:rPr>
                <w:rFonts w:cs="Arial"/>
                <w:color w:val="505050"/>
                <w:sz w:val="24"/>
                <w:szCs w:val="24"/>
                <w:lang w:val="pt-PT"/>
              </w:rPr>
              <w:t xml:space="preserve">   </w:t>
            </w:r>
          </w:p>
        </w:tc>
      </w:tr>
      <w:tr w:rsidR="003D2E1F" w:rsidRPr="00D71519" w14:paraId="65B78A44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60"/>
          <w:jc w:val="center"/>
        </w:trPr>
        <w:tc>
          <w:tcPr>
            <w:tcW w:w="272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5C25751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Meio</w:t>
            </w:r>
          </w:p>
        </w:tc>
        <w:tc>
          <w:tcPr>
            <w:tcW w:w="7769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9CB424" w14:textId="3ABEA82D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ascii="Segoe UI Symbol" w:hAnsi="Segoe UI Symbol" w:cs="Segoe UI Symbol"/>
                <w:color w:val="505050"/>
                <w:szCs w:val="18"/>
                <w:lang w:val="pt-PT"/>
              </w:rPr>
              <w:t>☐</w:t>
            </w:r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Correio eletrónico   </w:t>
            </w:r>
            <w:r w:rsidR="00D71519">
              <w:rPr>
                <w:rFonts w:cs="Arial"/>
                <w:color w:val="505050"/>
                <w:szCs w:val="18"/>
                <w:lang w:val="pt-PT"/>
              </w:rPr>
              <w:t xml:space="preserve">      </w:t>
            </w:r>
            <w:r w:rsidRPr="00D71519">
              <w:rPr>
                <w:rFonts w:ascii="Segoe UI Symbol" w:hAnsi="Segoe UI Symbol" w:cs="Segoe UI Symbol"/>
                <w:color w:val="505050"/>
                <w:szCs w:val="18"/>
                <w:lang w:val="pt-PT"/>
              </w:rPr>
              <w:t>☐</w:t>
            </w:r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Presencial  </w:t>
            </w:r>
            <w:r w:rsidR="00D71519">
              <w:rPr>
                <w:rFonts w:cs="Arial"/>
                <w:color w:val="505050"/>
                <w:szCs w:val="18"/>
                <w:lang w:val="pt-PT"/>
              </w:rPr>
              <w:t xml:space="preserve">   </w:t>
            </w:r>
            <w:r w:rsidR="00474F8B">
              <w:rPr>
                <w:rFonts w:cs="Arial"/>
                <w:color w:val="505050"/>
                <w:szCs w:val="18"/>
                <w:lang w:val="pt-PT"/>
              </w:rPr>
              <w:t xml:space="preserve">  </w:t>
            </w:r>
            <w:r w:rsidR="00D71519">
              <w:rPr>
                <w:rFonts w:cs="Arial"/>
                <w:color w:val="505050"/>
                <w:szCs w:val="18"/>
                <w:lang w:val="pt-PT"/>
              </w:rPr>
              <w:t xml:space="preserve">   </w:t>
            </w:r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</w:t>
            </w:r>
            <w:r w:rsidRPr="00D71519">
              <w:rPr>
                <w:rFonts w:ascii="Segoe UI Symbol" w:hAnsi="Segoe UI Symbol" w:cs="Segoe UI Symbol"/>
                <w:color w:val="505050"/>
                <w:szCs w:val="18"/>
                <w:lang w:val="pt-PT"/>
              </w:rPr>
              <w:t>☐</w:t>
            </w:r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Outro:</w:t>
            </w:r>
          </w:p>
        </w:tc>
      </w:tr>
      <w:tr w:rsidR="003D2E1F" w:rsidRPr="00D71519" w14:paraId="58A8EF7B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42"/>
          <w:jc w:val="center"/>
        </w:trPr>
        <w:tc>
          <w:tcPr>
            <w:tcW w:w="272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402D97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Responsável pelo registo</w:t>
            </w:r>
          </w:p>
        </w:tc>
        <w:tc>
          <w:tcPr>
            <w:tcW w:w="7769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21E05C" w14:textId="21719F14" w:rsidR="003D2E1F" w:rsidRPr="00D71519" w:rsidRDefault="003D2E1F">
            <w:pPr>
              <w:rPr>
                <w:rFonts w:cs="Arial"/>
                <w:szCs w:val="18"/>
                <w:lang w:val="pt-PT"/>
              </w:rPr>
            </w:pPr>
          </w:p>
        </w:tc>
      </w:tr>
    </w:tbl>
    <w:p w14:paraId="35908835" w14:textId="77777777" w:rsidR="00D71519" w:rsidRDefault="00D71519">
      <w:pPr>
        <w:rPr>
          <w:rFonts w:cs="Arial"/>
          <w:b/>
          <w:sz w:val="20"/>
          <w:szCs w:val="20"/>
          <w:lang w:val="pt-PT"/>
        </w:rPr>
      </w:pPr>
    </w:p>
    <w:p w14:paraId="63F81527" w14:textId="37438D4D" w:rsidR="003D2E1F" w:rsidRPr="00D71519" w:rsidRDefault="001F0C5C">
      <w:pPr>
        <w:rPr>
          <w:rFonts w:cs="Arial"/>
          <w:sz w:val="20"/>
          <w:szCs w:val="20"/>
          <w:lang w:val="pt-PT"/>
        </w:rPr>
      </w:pPr>
      <w:r w:rsidRPr="00D71519">
        <w:rPr>
          <w:rFonts w:cs="Arial"/>
          <w:b/>
          <w:sz w:val="20"/>
          <w:szCs w:val="20"/>
          <w:lang w:val="pt-PT"/>
        </w:rPr>
        <w:t xml:space="preserve">Resultado: </w:t>
      </w:r>
    </w:p>
    <w:p w14:paraId="3F506058" w14:textId="3814416B" w:rsidR="003D2E1F" w:rsidRPr="00D71519" w:rsidRDefault="00D321F1" w:rsidP="00D321F1">
      <w:pPr>
        <w:ind w:left="805"/>
        <w:rPr>
          <w:rFonts w:cs="Arial"/>
          <w:sz w:val="20"/>
          <w:szCs w:val="20"/>
          <w:lang w:val="pt-PT"/>
        </w:rPr>
      </w:pPr>
      <w:r w:rsidRPr="00D71519">
        <w:rPr>
          <w:rFonts w:ascii="Segoe UI Symbol" w:hAnsi="Segoe UI Symbol" w:cs="Segoe UI Symbol"/>
          <w:sz w:val="20"/>
          <w:szCs w:val="20"/>
          <w:lang w:val="pt-PT"/>
        </w:rPr>
        <w:t xml:space="preserve">    </w:t>
      </w:r>
      <w:r w:rsidR="001F0C5C" w:rsidRPr="00D71519">
        <w:rPr>
          <w:rFonts w:ascii="Segoe UI Symbol" w:hAnsi="Segoe UI Symbol" w:cs="Segoe UI Symbol"/>
          <w:sz w:val="20"/>
          <w:szCs w:val="20"/>
          <w:lang w:val="pt-PT"/>
        </w:rPr>
        <w:t>☐</w:t>
      </w:r>
      <w:r w:rsidR="001F0C5C" w:rsidRPr="00D71519">
        <w:rPr>
          <w:rFonts w:cs="Arial"/>
          <w:sz w:val="20"/>
          <w:szCs w:val="20"/>
          <w:lang w:val="pt-PT"/>
        </w:rPr>
        <w:t xml:space="preserve"> Procedente </w:t>
      </w:r>
      <w:r w:rsidR="00474F8B">
        <w:rPr>
          <w:rFonts w:cs="Arial"/>
          <w:sz w:val="20"/>
          <w:szCs w:val="20"/>
          <w:lang w:val="pt-PT"/>
        </w:rPr>
        <w:t xml:space="preserve"> </w:t>
      </w:r>
      <w:r w:rsidR="001F0C5C" w:rsidRPr="00D71519">
        <w:rPr>
          <w:rFonts w:cs="Arial"/>
          <w:sz w:val="20"/>
          <w:szCs w:val="20"/>
          <w:lang w:val="pt-PT"/>
        </w:rPr>
        <w:t xml:space="preserve">  </w:t>
      </w:r>
      <w:r w:rsidR="001F0C5C" w:rsidRPr="00D71519">
        <w:rPr>
          <w:rFonts w:ascii="Segoe UI Symbol" w:hAnsi="Segoe UI Symbol" w:cs="Segoe UI Symbol"/>
          <w:sz w:val="20"/>
          <w:szCs w:val="20"/>
          <w:lang w:val="pt-PT"/>
        </w:rPr>
        <w:t>☐</w:t>
      </w:r>
      <w:r w:rsidR="001F0C5C" w:rsidRPr="00D71519">
        <w:rPr>
          <w:rFonts w:cs="Arial"/>
          <w:sz w:val="20"/>
          <w:szCs w:val="20"/>
          <w:lang w:val="pt-PT"/>
        </w:rPr>
        <w:t xml:space="preserve"> Parcialmente procedente  </w:t>
      </w:r>
      <w:r w:rsidR="00474F8B">
        <w:rPr>
          <w:rFonts w:cs="Arial"/>
          <w:sz w:val="20"/>
          <w:szCs w:val="20"/>
          <w:lang w:val="pt-PT"/>
        </w:rPr>
        <w:t xml:space="preserve"> </w:t>
      </w:r>
      <w:r w:rsidR="001F0C5C" w:rsidRPr="00D71519">
        <w:rPr>
          <w:rFonts w:cs="Arial"/>
          <w:sz w:val="20"/>
          <w:szCs w:val="20"/>
          <w:lang w:val="pt-PT"/>
        </w:rPr>
        <w:t xml:space="preserve"> </w:t>
      </w:r>
      <w:r w:rsidR="001F0C5C" w:rsidRPr="00D71519">
        <w:rPr>
          <w:rFonts w:ascii="Segoe UI Symbol" w:hAnsi="Segoe UI Symbol" w:cs="Segoe UI Symbol"/>
          <w:sz w:val="20"/>
          <w:szCs w:val="20"/>
          <w:lang w:val="pt-PT"/>
        </w:rPr>
        <w:t>☐</w:t>
      </w:r>
      <w:r w:rsidR="001F0C5C" w:rsidRPr="00D71519">
        <w:rPr>
          <w:rFonts w:cs="Arial"/>
          <w:sz w:val="20"/>
          <w:szCs w:val="20"/>
          <w:lang w:val="pt-PT"/>
        </w:rPr>
        <w:t xml:space="preserve"> Improcedente </w:t>
      </w:r>
      <w:r w:rsidR="00474F8B">
        <w:rPr>
          <w:rFonts w:cs="Arial"/>
          <w:sz w:val="20"/>
          <w:szCs w:val="20"/>
          <w:lang w:val="pt-PT"/>
        </w:rPr>
        <w:t xml:space="preserve"> </w:t>
      </w:r>
      <w:r w:rsidR="001F0C5C" w:rsidRPr="00D71519">
        <w:rPr>
          <w:rFonts w:cs="Arial"/>
          <w:sz w:val="20"/>
          <w:szCs w:val="20"/>
          <w:lang w:val="pt-PT"/>
        </w:rPr>
        <w:t xml:space="preserve">  </w:t>
      </w:r>
      <w:r w:rsidR="001F0C5C" w:rsidRPr="00D71519">
        <w:rPr>
          <w:rFonts w:ascii="Segoe UI Symbol" w:hAnsi="Segoe UI Symbol" w:cs="Segoe UI Symbol"/>
          <w:sz w:val="20"/>
          <w:szCs w:val="20"/>
          <w:lang w:val="pt-PT"/>
        </w:rPr>
        <w:t>☐</w:t>
      </w:r>
      <w:r w:rsidR="001F0C5C" w:rsidRPr="00D71519">
        <w:rPr>
          <w:rFonts w:cs="Arial"/>
          <w:sz w:val="20"/>
          <w:szCs w:val="20"/>
          <w:lang w:val="pt-PT"/>
        </w:rPr>
        <w:t xml:space="preserve"> Necessita de elementos adicionais</w:t>
      </w:r>
    </w:p>
    <w:p w14:paraId="0062242B" w14:textId="77777777" w:rsidR="00D321F1" w:rsidRPr="00D71519" w:rsidRDefault="00D321F1" w:rsidP="00D321F1">
      <w:pPr>
        <w:ind w:left="805" w:firstLine="635"/>
        <w:rPr>
          <w:rFonts w:cs="Arial"/>
          <w:szCs w:val="18"/>
          <w:lang w:val="pt-PT"/>
        </w:rPr>
      </w:pPr>
    </w:p>
    <w:p w14:paraId="098CEE62" w14:textId="77777777" w:rsidR="003D2E1F" w:rsidRPr="00474F8B" w:rsidRDefault="001F0C5C">
      <w:pPr>
        <w:rPr>
          <w:rFonts w:cs="Arial"/>
          <w:sz w:val="20"/>
          <w:szCs w:val="20"/>
          <w:lang w:val="pt-PT"/>
        </w:rPr>
      </w:pPr>
      <w:r w:rsidRPr="00474F8B">
        <w:rPr>
          <w:rFonts w:cs="Arial"/>
          <w:b/>
          <w:sz w:val="20"/>
          <w:szCs w:val="20"/>
          <w:lang w:val="pt-PT"/>
        </w:rPr>
        <w:t>Fundamentação / diligências:</w:t>
      </w:r>
    </w:p>
    <w:tbl>
      <w:tblPr>
        <w:tblW w:w="10545" w:type="dxa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ook w:val="04A0" w:firstRow="1" w:lastRow="0" w:firstColumn="1" w:lastColumn="0" w:noHBand="0" w:noVBand="1"/>
      </w:tblPr>
      <w:tblGrid>
        <w:gridCol w:w="1991"/>
        <w:gridCol w:w="8489"/>
        <w:gridCol w:w="65"/>
      </w:tblGrid>
      <w:tr w:rsidR="003D2E1F" w:rsidRPr="00D71519" w14:paraId="214E2EBC" w14:textId="77777777" w:rsidTr="007943DE">
        <w:trPr>
          <w:gridAfter w:val="1"/>
          <w:wAfter w:w="65" w:type="dxa"/>
          <w:trHeight w:val="295"/>
        </w:trPr>
        <w:tc>
          <w:tcPr>
            <w:tcW w:w="10480" w:type="dxa"/>
            <w:gridSpan w:val="2"/>
            <w:tcMar>
              <w:top w:w="25" w:type="dxa"/>
              <w:left w:w="55" w:type="dxa"/>
              <w:bottom w:w="25" w:type="dxa"/>
              <w:right w:w="55" w:type="dxa"/>
            </w:tcMar>
          </w:tcPr>
          <w:p w14:paraId="523E5A45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szCs w:val="18"/>
                <w:lang w:val="pt-PT"/>
              </w:rPr>
              <w:t xml:space="preserve"> </w:t>
            </w:r>
          </w:p>
          <w:p w14:paraId="24341AB0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146DE94E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1980946D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234CA206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209C9726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0D0386E1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2DE47DDB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3C65AE81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0C8218DC" w14:textId="77777777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  <w:p w14:paraId="7EA1D3FB" w14:textId="23E4684D" w:rsidR="007943DE" w:rsidRPr="00D71519" w:rsidRDefault="007943DE">
            <w:pPr>
              <w:rPr>
                <w:rFonts w:cs="Arial"/>
                <w:szCs w:val="18"/>
                <w:lang w:val="pt-PT"/>
              </w:rPr>
            </w:pPr>
          </w:p>
        </w:tc>
      </w:tr>
      <w:tr w:rsidR="003D2E1F" w:rsidRPr="00D71519" w14:paraId="5ACBA779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00"/>
          <w:jc w:val="center"/>
        </w:trPr>
        <w:tc>
          <w:tcPr>
            <w:tcW w:w="199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83CE53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Data da decisão</w:t>
            </w:r>
          </w:p>
        </w:tc>
        <w:tc>
          <w:tcPr>
            <w:tcW w:w="8554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8F0BFD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color w:val="505050"/>
                <w:szCs w:val="18"/>
                <w:lang w:val="pt-PT"/>
              </w:rPr>
              <w:t>____ / ____ / 2026</w:t>
            </w:r>
          </w:p>
        </w:tc>
      </w:tr>
      <w:tr w:rsidR="003D2E1F" w:rsidRPr="00D71519" w14:paraId="200BFF8C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50"/>
          <w:jc w:val="center"/>
        </w:trPr>
        <w:tc>
          <w:tcPr>
            <w:tcW w:w="199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E4C07F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Data da notificação</w:t>
            </w:r>
          </w:p>
        </w:tc>
        <w:tc>
          <w:tcPr>
            <w:tcW w:w="8554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B9A56C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color w:val="505050"/>
                <w:szCs w:val="18"/>
                <w:lang w:val="pt-PT"/>
              </w:rPr>
              <w:t>____ / ____ / 2026</w:t>
            </w:r>
          </w:p>
        </w:tc>
      </w:tr>
      <w:tr w:rsidR="003D2E1F" w:rsidRPr="00D71519" w14:paraId="4433D4C6" w14:textId="77777777" w:rsidTr="00D321F1">
        <w:tblPrEx>
          <w:jc w:val="center"/>
          <w:tblBorders>
            <w:top w:val="single" w:sz="5" w:space="0" w:color="B7B7B7"/>
            <w:left w:val="single" w:sz="5" w:space="0" w:color="B7B7B7"/>
            <w:bottom w:val="single" w:sz="5" w:space="0" w:color="B7B7B7"/>
            <w:right w:val="single" w:sz="5" w:space="0" w:color="B7B7B7"/>
            <w:insideH w:val="single" w:sz="5" w:space="0" w:color="B7B7B7"/>
            <w:insideV w:val="single" w:sz="5" w:space="0" w:color="B7B7B7"/>
          </w:tblBorders>
        </w:tblPrEx>
        <w:trPr>
          <w:trHeight w:val="444"/>
          <w:jc w:val="center"/>
        </w:trPr>
        <w:tc>
          <w:tcPr>
            <w:tcW w:w="1991" w:type="dxa"/>
            <w:shd w:val="clear" w:color="auto" w:fill="D9EA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575323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cs="Arial"/>
                <w:b/>
                <w:szCs w:val="18"/>
                <w:lang w:val="pt-PT"/>
              </w:rPr>
              <w:t>Notificação</w:t>
            </w:r>
          </w:p>
        </w:tc>
        <w:tc>
          <w:tcPr>
            <w:tcW w:w="8554" w:type="dxa"/>
            <w:gridSpan w:val="2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1D1ED0" w14:textId="77777777" w:rsidR="003D2E1F" w:rsidRPr="00D71519" w:rsidRDefault="001F0C5C">
            <w:pPr>
              <w:rPr>
                <w:rFonts w:cs="Arial"/>
                <w:szCs w:val="18"/>
                <w:lang w:val="pt-PT"/>
              </w:rPr>
            </w:pPr>
            <w:r w:rsidRPr="00D71519">
              <w:rPr>
                <w:rFonts w:ascii="Segoe UI Symbol" w:hAnsi="Segoe UI Symbol" w:cs="Segoe UI Symbol"/>
                <w:color w:val="505050"/>
                <w:szCs w:val="18"/>
                <w:lang w:val="pt-PT"/>
              </w:rPr>
              <w:t>☐</w:t>
            </w:r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Correio eletrónico   </w:t>
            </w:r>
            <w:r w:rsidRPr="00D71519">
              <w:rPr>
                <w:rFonts w:ascii="Segoe UI Symbol" w:hAnsi="Segoe UI Symbol" w:cs="Segoe UI Symbol"/>
                <w:color w:val="505050"/>
                <w:szCs w:val="18"/>
                <w:lang w:val="pt-PT"/>
              </w:rPr>
              <w:t>☐</w:t>
            </w:r>
            <w:r w:rsidRPr="00D71519">
              <w:rPr>
                <w:rFonts w:cs="Arial"/>
                <w:color w:val="505050"/>
                <w:szCs w:val="18"/>
                <w:lang w:val="pt-PT"/>
              </w:rPr>
              <w:t xml:space="preserve"> Outro: ___________________________________</w:t>
            </w:r>
          </w:p>
        </w:tc>
      </w:tr>
    </w:tbl>
    <w:p w14:paraId="13768726" w14:textId="77777777" w:rsidR="001F0C5C" w:rsidRPr="00D71519" w:rsidRDefault="001F0C5C">
      <w:pPr>
        <w:rPr>
          <w:lang w:val="pt-PT"/>
        </w:rPr>
      </w:pPr>
    </w:p>
    <w:sectPr w:rsidR="001F0C5C" w:rsidRPr="00D71519" w:rsidSect="00D71519">
      <w:headerReference w:type="default" r:id="rId8"/>
      <w:footerReference w:type="default" r:id="rId9"/>
      <w:pgSz w:w="12240" w:h="15840"/>
      <w:pgMar w:top="709" w:right="935" w:bottom="709" w:left="935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D166F" w14:textId="77777777" w:rsidR="00C80D20" w:rsidRDefault="00C80D20">
      <w:pPr>
        <w:spacing w:after="0"/>
      </w:pPr>
      <w:r>
        <w:separator/>
      </w:r>
    </w:p>
  </w:endnote>
  <w:endnote w:type="continuationSeparator" w:id="0">
    <w:p w14:paraId="384C6DE5" w14:textId="77777777" w:rsidR="00C80D20" w:rsidRDefault="00C80D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2DB8" w14:textId="77777777" w:rsidR="003D2E1F" w:rsidRDefault="001F0C5C">
    <w:pPr>
      <w:pStyle w:val="Rodap"/>
      <w:jc w:val="center"/>
    </w:pPr>
    <w:r>
      <w:rPr>
        <w:color w:val="646464"/>
        <w:sz w:val="15"/>
      </w:rPr>
      <w:t>Comissão Eleitoral | comissaoeleitoral@sp.ipl.pt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2E9A1" w14:textId="77777777" w:rsidR="00C80D20" w:rsidRDefault="00C80D20">
      <w:pPr>
        <w:spacing w:after="0"/>
      </w:pPr>
      <w:r>
        <w:separator/>
      </w:r>
    </w:p>
  </w:footnote>
  <w:footnote w:type="continuationSeparator" w:id="0">
    <w:p w14:paraId="09F1EAE0" w14:textId="77777777" w:rsidR="00C80D20" w:rsidRDefault="00C80D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B9C0" w14:textId="0BAA6B5C" w:rsidR="00DA4A95" w:rsidRDefault="00DA4A95">
    <w:pPr>
      <w:pStyle w:val="Cabealho"/>
      <w:jc w:val="center"/>
      <w:rPr>
        <w:b/>
        <w:color w:val="646464"/>
        <w:sz w:val="15"/>
      </w:rPr>
    </w:pPr>
    <w:r>
      <w:rPr>
        <w:noProof/>
      </w:rPr>
      <w:drawing>
        <wp:inline distT="0" distB="0" distL="0" distR="0" wp14:anchorId="6EB14D52" wp14:editId="60D54CEC">
          <wp:extent cx="3321623" cy="676176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6140" cy="685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E55D79" w14:textId="417F8A4C" w:rsidR="00DA4A95" w:rsidRDefault="00DA4A95">
    <w:pPr>
      <w:pStyle w:val="Cabealho"/>
      <w:jc w:val="center"/>
      <w:rPr>
        <w:b/>
        <w:color w:val="646464"/>
        <w:sz w:val="15"/>
      </w:rPr>
    </w:pPr>
  </w:p>
  <w:p w14:paraId="54E94DD7" w14:textId="77777777" w:rsidR="00DA4A95" w:rsidRDefault="00DA4A95">
    <w:pPr>
      <w:pStyle w:val="Cabealho"/>
      <w:jc w:val="center"/>
      <w:rPr>
        <w:b/>
        <w:color w:val="646464"/>
        <w:sz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C5C"/>
    <w:rsid w:val="0029639D"/>
    <w:rsid w:val="00326F90"/>
    <w:rsid w:val="003D2E1F"/>
    <w:rsid w:val="00474F8B"/>
    <w:rsid w:val="006B0D60"/>
    <w:rsid w:val="007943DE"/>
    <w:rsid w:val="00AA1D8D"/>
    <w:rsid w:val="00B47730"/>
    <w:rsid w:val="00B64EDF"/>
    <w:rsid w:val="00C80D20"/>
    <w:rsid w:val="00CB0664"/>
    <w:rsid w:val="00CD75B5"/>
    <w:rsid w:val="00D321F1"/>
    <w:rsid w:val="00D71519"/>
    <w:rsid w:val="00DA4A95"/>
    <w:rsid w:val="00F10B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09A516"/>
  <w14:defaultImageDpi w14:val="330"/>
  <w15:docId w15:val="{950C60FA-4DEE-4944-A5CB-2F72E58B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condensado de reclamação aos cadernos eleitorais provisórios</vt:lpstr>
      <vt:lpstr/>
    </vt:vector>
  </TitlesOfParts>
  <Manager/>
  <Company/>
  <LinksUpToDate>false</LinksUpToDate>
  <CharactersWithSpaces>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condensado de reclamação aos cadernos eleitorais provisórios</dc:title>
  <dc:subject/>
  <dc:creator>Maria Das Dores Gomes Delgado</dc:creator>
  <cp:keywords/>
  <dc:description>generated by python-docx</dc:description>
  <cp:lastModifiedBy>Maria das Dores Gomes Delgado</cp:lastModifiedBy>
  <cp:revision>2</cp:revision>
  <cp:lastPrinted>2026-10-21T13:05:00Z</cp:lastPrinted>
  <dcterms:created xsi:type="dcterms:W3CDTF">2026-10-21T14:47:00Z</dcterms:created>
  <dcterms:modified xsi:type="dcterms:W3CDTF">2026-10-21T14:47:00Z</dcterms:modified>
  <cp:category/>
</cp:coreProperties>
</file>